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37159" w14:textId="00026C54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</w:pPr>
      <w:r w:rsidRPr="000516A1">
        <w:rPr>
          <w:rFonts w:asciiTheme="majorHAnsi" w:eastAsia="Times New Roman" w:hAnsiTheme="majorHAnsi" w:cstheme="majorHAnsi"/>
          <w:color w:val="000000"/>
          <w:sz w:val="18"/>
          <w:szCs w:val="18"/>
          <w:lang w:val="pl-PL" w:eastAsia="pl-PL"/>
        </w:rPr>
        <w:t xml:space="preserve">Załącznik nr 2 do </w:t>
      </w:r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 xml:space="preserve">Programu </w:t>
      </w:r>
    </w:p>
    <w:p w14:paraId="1F102280" w14:textId="77777777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</w:pPr>
      <w:bookmarkStart w:id="0" w:name="_Hlk143082047"/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Ministra Rodziny, Pracy i Polityki Społecznej</w:t>
      </w:r>
    </w:p>
    <w:bookmarkEnd w:id="0"/>
    <w:p w14:paraId="490840B2" w14:textId="5EB9FE0B" w:rsidR="003B52A7" w:rsidRPr="000516A1" w:rsidRDefault="003B52A7" w:rsidP="003B52A7">
      <w:pPr>
        <w:tabs>
          <w:tab w:val="left" w:pos="5760"/>
        </w:tabs>
        <w:spacing w:after="0" w:line="276" w:lineRule="auto"/>
        <w:ind w:left="6378"/>
        <w:rPr>
          <w:rFonts w:asciiTheme="majorHAnsi" w:eastAsia="Times New Roman" w:hAnsiTheme="majorHAnsi" w:cstheme="majorHAnsi"/>
          <w:i/>
          <w:iCs/>
          <w:color w:val="000000"/>
          <w:sz w:val="18"/>
          <w:szCs w:val="18"/>
          <w:lang w:val="pl-PL" w:eastAsia="pl-PL"/>
        </w:rPr>
      </w:pPr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 xml:space="preserve">„Asystent osobisty osoby z niepełnosprawnością” dla </w:t>
      </w:r>
      <w:r w:rsidR="007B269F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>Organizacji Pozarządowych</w:t>
      </w:r>
      <w:r w:rsidRPr="000516A1">
        <w:rPr>
          <w:rFonts w:asciiTheme="majorHAnsi" w:eastAsia="Times New Roman" w:hAnsiTheme="majorHAnsi" w:cstheme="majorHAnsi"/>
          <w:iCs/>
          <w:color w:val="000000"/>
          <w:sz w:val="18"/>
          <w:szCs w:val="18"/>
          <w:lang w:val="pl-PL" w:eastAsia="pl-PL"/>
        </w:rPr>
        <w:t xml:space="preserve"> - edycja 2027</w:t>
      </w:r>
    </w:p>
    <w:p w14:paraId="29594D64" w14:textId="70F580DE" w:rsidR="003B52A7" w:rsidRPr="000516A1" w:rsidRDefault="003B52A7" w:rsidP="003B52A7">
      <w:pPr>
        <w:spacing w:after="160" w:line="259" w:lineRule="auto"/>
        <w:jc w:val="center"/>
        <w:rPr>
          <w:rFonts w:asciiTheme="majorHAnsi" w:eastAsiaTheme="minorHAnsi" w:hAnsiTheme="majorHAnsi" w:cstheme="majorHAnsi"/>
          <w:i/>
          <w:sz w:val="24"/>
          <w:szCs w:val="20"/>
          <w:lang w:val="pl-PL"/>
        </w:rPr>
      </w:pPr>
      <w:r w:rsidRPr="000516A1">
        <w:rPr>
          <w:rFonts w:asciiTheme="majorHAnsi" w:eastAsiaTheme="minorHAnsi" w:hAnsiTheme="majorHAnsi" w:cstheme="majorHAnsi"/>
          <w:i/>
          <w:sz w:val="24"/>
          <w:szCs w:val="20"/>
          <w:lang w:val="pl-PL"/>
        </w:rPr>
        <w:t xml:space="preserve">WZÓR </w:t>
      </w:r>
    </w:p>
    <w:p w14:paraId="7F19F529" w14:textId="2053C5FD" w:rsidR="00CD12B9" w:rsidRPr="000516A1" w:rsidRDefault="003B52A7" w:rsidP="003B52A7">
      <w:pPr>
        <w:spacing w:after="160" w:line="259" w:lineRule="auto"/>
        <w:jc w:val="center"/>
        <w:rPr>
          <w:rFonts w:asciiTheme="majorHAnsi" w:eastAsiaTheme="min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Kart</w:t>
      </w:r>
      <w:r w:rsidR="003052A7"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a</w:t>
      </w: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 xml:space="preserve"> oceny indywidualnej sytuacji osoby z niepełnosprawnością do Programu „Asystent osobisty osoby z niepełnosprawnością” dla </w:t>
      </w:r>
      <w:r w:rsidR="007B269F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>Organizacji Pozarządowych</w:t>
      </w:r>
      <w:r w:rsidRPr="000516A1">
        <w:rPr>
          <w:rFonts w:asciiTheme="majorHAnsi" w:eastAsiaTheme="minorHAnsi" w:hAnsiTheme="majorHAnsi" w:cstheme="majorHAnsi"/>
          <w:b/>
          <w:sz w:val="24"/>
          <w:szCs w:val="24"/>
          <w:lang w:val="pl-PL"/>
        </w:rPr>
        <w:t xml:space="preserve"> - edycja 2027</w:t>
      </w:r>
    </w:p>
    <w:p w14:paraId="6CB233B1" w14:textId="165DB570" w:rsidR="009F3AE3" w:rsidRPr="000516A1" w:rsidRDefault="009F3AE3" w:rsidP="002C4A33">
      <w:pPr>
        <w:spacing w:line="360" w:lineRule="auto"/>
        <w:rPr>
          <w:rFonts w:asciiTheme="majorHAnsi" w:hAnsiTheme="majorHAnsi" w:cstheme="majorHAnsi"/>
          <w:i/>
          <w:sz w:val="21"/>
          <w:szCs w:val="21"/>
          <w:lang w:val="pl-PL"/>
        </w:rPr>
      </w:pPr>
      <w:r w:rsidRPr="000516A1">
        <w:rPr>
          <w:rFonts w:asciiTheme="majorHAnsi" w:hAnsiTheme="majorHAnsi" w:cstheme="majorHAnsi"/>
          <w:b/>
          <w:i/>
          <w:sz w:val="21"/>
          <w:szCs w:val="21"/>
          <w:lang w:val="pl-PL"/>
        </w:rPr>
        <w:t xml:space="preserve">Uwaga: </w:t>
      </w:r>
      <w:r w:rsidRPr="000516A1">
        <w:rPr>
          <w:rFonts w:asciiTheme="majorHAnsi" w:hAnsiTheme="majorHAnsi" w:cstheme="majorHAnsi"/>
          <w:bCs/>
          <w:i/>
          <w:sz w:val="21"/>
          <w:szCs w:val="21"/>
          <w:lang w:val="pl-PL"/>
        </w:rPr>
        <w:t>Niniejsza Karta oceny indywidualnej sytuacji osoby z niepełnosprawnością wypełniana jest przez realizatora Programu.</w:t>
      </w:r>
    </w:p>
    <w:p w14:paraId="44CCD71D" w14:textId="48DF3428" w:rsidR="003B52A7" w:rsidRPr="000516A1" w:rsidRDefault="00AD54CC" w:rsidP="002C4A33">
      <w:pPr>
        <w:rPr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I. DANE 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OSOBY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WNIOSKUJĄCE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>J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O UDZIAŁ W PROGRAMIE „ASYSTENT OSOBISTY OSOBY Z NIEPEŁNOSPRAWNOŚCIĄ” DLA </w:t>
      </w:r>
      <w:r w:rsidR="007B269F">
        <w:rPr>
          <w:rFonts w:asciiTheme="majorHAnsi" w:hAnsiTheme="majorHAnsi" w:cstheme="majorHAnsi"/>
          <w:b/>
          <w:sz w:val="24"/>
          <w:szCs w:val="24"/>
          <w:lang w:val="pl-PL"/>
        </w:rPr>
        <w:t xml:space="preserve">Organizacji Pozarządowych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- EDYCJA 2027, ZWANEGO DALEJ „PROGRAMEM”:</w:t>
      </w:r>
      <w:r w:rsidRPr="000516A1">
        <w:rPr>
          <w:rFonts w:asciiTheme="majorHAnsi" w:hAnsiTheme="majorHAnsi" w:cstheme="majorHAnsi"/>
          <w:lang w:val="pl-PL"/>
        </w:rPr>
        <w:t xml:space="preserve"> </w:t>
      </w:r>
    </w:p>
    <w:p w14:paraId="22D6BB91" w14:textId="1CEE77DA" w:rsidR="00AD54CC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1.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Imię i nazwisko: …………………………………………...................................................………….......………………………………….</w:t>
      </w:r>
    </w:p>
    <w:p w14:paraId="7DD4ED34" w14:textId="62BCFD13" w:rsidR="00AD54CC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2.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Data urodzenia: …………………………….…...................…….................………...............................................………………..</w:t>
      </w:r>
    </w:p>
    <w:p w14:paraId="576408E1" w14:textId="61825237" w:rsidR="00CD12B9" w:rsidRPr="000516A1" w:rsidRDefault="00AD54CC" w:rsidP="00AD54CC">
      <w:pPr>
        <w:pStyle w:val="Default"/>
        <w:spacing w:after="170"/>
        <w:ind w:left="426" w:hanging="426"/>
        <w:rPr>
          <w:rFonts w:asciiTheme="majorHAnsi" w:hAnsiTheme="majorHAnsi" w:cstheme="majorHAnsi"/>
          <w:color w:val="auto"/>
          <w:sz w:val="22"/>
          <w:szCs w:val="22"/>
        </w:rPr>
      </w:pPr>
      <w:r w:rsidRPr="000516A1">
        <w:rPr>
          <w:rFonts w:asciiTheme="majorHAnsi" w:hAnsiTheme="majorHAnsi" w:cstheme="majorHAnsi"/>
          <w:color w:val="auto"/>
          <w:sz w:val="22"/>
          <w:szCs w:val="22"/>
        </w:rPr>
        <w:t>3.</w:t>
      </w:r>
      <w:r w:rsidRPr="000516A1">
        <w:rPr>
          <w:rFonts w:asciiTheme="majorHAnsi" w:hAnsiTheme="majorHAnsi" w:cstheme="majorHAnsi"/>
          <w:color w:val="auto"/>
          <w:sz w:val="22"/>
          <w:szCs w:val="22"/>
        </w:rPr>
        <w:tab/>
        <w:t>Adres zamieszkania: …………………………….…...................…….................………...............................................………….</w:t>
      </w:r>
    </w:p>
    <w:p w14:paraId="71A1EFE1" w14:textId="0B7D1487" w:rsidR="00AD54CC" w:rsidRPr="000516A1" w:rsidRDefault="00AD54CC" w:rsidP="00AD54CC">
      <w:pPr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II. SPOSÓB PRZEPROWADZ</w:t>
      </w:r>
      <w:r w:rsidR="009567C1" w:rsidRPr="000516A1">
        <w:rPr>
          <w:rFonts w:asciiTheme="majorHAnsi" w:hAnsiTheme="majorHAnsi" w:cstheme="majorHAnsi"/>
          <w:b/>
          <w:sz w:val="24"/>
          <w:szCs w:val="24"/>
          <w:lang w:val="pl-PL"/>
        </w:rPr>
        <w:t>E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NIA OCENY:</w:t>
      </w:r>
    </w:p>
    <w:p w14:paraId="33B578C1" w14:textId="6B1E9C19" w:rsidR="00CD12B9" w:rsidRPr="000516A1" w:rsidRDefault="00AD54CC" w:rsidP="002C4A33">
      <w:pPr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1.</w:t>
      </w:r>
      <w:r w:rsidRPr="000516A1">
        <w:rPr>
          <w:rFonts w:asciiTheme="majorHAnsi" w:hAnsiTheme="majorHAnsi" w:cstheme="majorHAnsi"/>
          <w:sz w:val="22"/>
          <w:lang w:val="pl-PL"/>
        </w:rPr>
        <w:tab/>
      </w:r>
      <w:r w:rsidRPr="000516A1">
        <w:rPr>
          <w:rFonts w:asciiTheme="majorHAnsi" w:hAnsiTheme="majorHAnsi" w:cstheme="majorHAnsi"/>
          <w:bCs/>
          <w:sz w:val="22"/>
          <w:lang w:val="pl-PL"/>
        </w:rPr>
        <w:t>Oceny dokonano na podstawie:</w:t>
      </w:r>
    </w:p>
    <w:p w14:paraId="53E655DC" w14:textId="06586D81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>K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arty zgłoszenia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do Programu</w:t>
      </w:r>
    </w:p>
    <w:p w14:paraId="67DFE49C" w14:textId="22194B40" w:rsidR="002207BB" w:rsidRPr="000516A1" w:rsidRDefault="00AD54CC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dokumentacji </w:t>
      </w:r>
      <w:r w:rsidR="002207BB" w:rsidRPr="003D52E0">
        <w:rPr>
          <w:rFonts w:asciiTheme="majorHAnsi" w:eastAsiaTheme="minorHAnsi" w:hAnsiTheme="majorHAnsi" w:cstheme="majorHAnsi"/>
          <w:sz w:val="22"/>
          <w:lang w:val="pl-PL"/>
        </w:rPr>
        <w:t>przedłożonej przez osobę z niepełnosprawnością</w:t>
      </w:r>
      <w:r w:rsidR="000E3BB2">
        <w:rPr>
          <w:rFonts w:asciiTheme="majorHAnsi" w:eastAsiaTheme="minorHAnsi" w:hAnsiTheme="majorHAnsi" w:cstheme="majorHAnsi"/>
          <w:sz w:val="22"/>
          <w:lang w:val="pl-PL"/>
        </w:rPr>
        <w:t xml:space="preserve"> (opiekuna prawnego)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>:</w:t>
      </w:r>
    </w:p>
    <w:p w14:paraId="1312ECDF" w14:textId="6F85A86C" w:rsidR="00AD54CC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F26771">
        <w:rPr>
          <w:rFonts w:asciiTheme="majorHAnsi" w:eastAsiaTheme="minorHAnsi" w:hAnsiTheme="majorHAnsi" w:cstheme="majorHAnsi"/>
          <w:i/>
          <w:iCs/>
          <w:sz w:val="22"/>
          <w:lang w:val="pl-PL"/>
        </w:rPr>
        <w:t>proszę wskazać jakiej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BAF6E7A" w14:textId="77777777" w:rsidR="00B23A3B" w:rsidRPr="000516A1" w:rsidRDefault="00B23A3B" w:rsidP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……..................................................................................................................................................................................</w:t>
      </w:r>
    </w:p>
    <w:p w14:paraId="342E056E" w14:textId="77777777" w:rsidR="00B23A3B" w:rsidRPr="000516A1" w:rsidRDefault="00B23A3B" w:rsidP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B11D09" w14:textId="6CA0E99A" w:rsidR="00B23A3B" w:rsidRPr="000516A1" w:rsidRDefault="00B23A3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E56C600" w14:textId="142A3718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dokumentacji znajdującej się w posiadaniu </w:t>
      </w:r>
      <w:r w:rsidR="000E3BB2">
        <w:rPr>
          <w:rFonts w:asciiTheme="majorHAnsi" w:eastAsiaTheme="minorHAnsi" w:hAnsiTheme="majorHAnsi" w:cstheme="majorHAnsi"/>
          <w:sz w:val="22"/>
          <w:lang w:val="pl-PL"/>
        </w:rPr>
        <w:t>realizatora Programu:</w:t>
      </w:r>
    </w:p>
    <w:p w14:paraId="21F6D507" w14:textId="424F2244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0516A1">
        <w:rPr>
          <w:rFonts w:asciiTheme="majorHAnsi" w:eastAsiaTheme="minorHAnsi" w:hAnsiTheme="majorHAnsi" w:cstheme="majorHAnsi"/>
          <w:i/>
          <w:iCs/>
          <w:sz w:val="22"/>
          <w:lang w:val="pl-PL"/>
        </w:rPr>
        <w:t>proszę wskazać jakiej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5573E05" w14:textId="77777777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……..................................................................................................................................................................................</w:t>
      </w:r>
    </w:p>
    <w:p w14:paraId="4EF2FC70" w14:textId="77777777" w:rsidR="002207BB" w:rsidRPr="000516A1" w:rsidRDefault="002207BB" w:rsidP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2EB15A" w14:textId="11339D37" w:rsidR="002207BB" w:rsidRPr="000516A1" w:rsidRDefault="002207BB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2068C943" w14:textId="646F6FB5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rozmowy z osobą z niepełnosprawnością lub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jej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opiekunem prawnym</w:t>
      </w:r>
    </w:p>
    <w:p w14:paraId="6EFDDB77" w14:textId="2EF3A125" w:rsidR="00CD12B9" w:rsidRPr="000516A1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informacji uzyskanych podczas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wizyty w miejscu zamieszkania</w:t>
      </w:r>
      <w:r w:rsidR="002207BB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osoby z niepełnosprawnością</w:t>
      </w:r>
    </w:p>
    <w:p w14:paraId="327DD70D" w14:textId="0EF307DB" w:rsidR="000E3BB2" w:rsidRDefault="001800F0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innych 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źródeł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:</w:t>
      </w:r>
      <w:r w:rsidR="00761B0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</w:p>
    <w:p w14:paraId="16509CA0" w14:textId="2AA972D5" w:rsidR="000E3BB2" w:rsidRPr="005536CE" w:rsidRDefault="000E3BB2">
      <w:pPr>
        <w:rPr>
          <w:rFonts w:asciiTheme="majorHAnsi" w:eastAsiaTheme="minorHAnsi" w:hAnsiTheme="majorHAnsi" w:cstheme="majorHAnsi"/>
          <w:i/>
          <w:iCs/>
          <w:sz w:val="22"/>
          <w:lang w:val="pl-PL"/>
        </w:rPr>
      </w:pPr>
      <w:r w:rsidRPr="005536CE">
        <w:rPr>
          <w:rFonts w:asciiTheme="majorHAnsi" w:eastAsiaTheme="minorHAnsi" w:hAnsiTheme="majorHAnsi" w:cstheme="majorHAnsi"/>
          <w:i/>
          <w:iCs/>
          <w:sz w:val="22"/>
          <w:lang w:val="pl-PL"/>
        </w:rPr>
        <w:t>(proszę wskazać jaki</w:t>
      </w:r>
      <w:r>
        <w:rPr>
          <w:rFonts w:asciiTheme="majorHAnsi" w:eastAsiaTheme="minorHAnsi" w:hAnsiTheme="majorHAnsi" w:cstheme="majorHAnsi"/>
          <w:i/>
          <w:iCs/>
          <w:sz w:val="22"/>
          <w:lang w:val="pl-PL"/>
        </w:rPr>
        <w:t>ch</w:t>
      </w:r>
      <w:r w:rsidRPr="005536CE">
        <w:rPr>
          <w:rFonts w:asciiTheme="majorHAnsi" w:eastAsiaTheme="minorHAnsi" w:hAnsiTheme="majorHAnsi" w:cstheme="majorHAnsi"/>
          <w:i/>
          <w:iCs/>
          <w:sz w:val="22"/>
          <w:lang w:val="pl-PL"/>
        </w:rPr>
        <w:t>)</w:t>
      </w:r>
    </w:p>
    <w:p w14:paraId="1BD9530D" w14:textId="20AFE0D2" w:rsidR="00CD12B9" w:rsidRPr="000516A1" w:rsidRDefault="00761B04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</w:t>
      </w:r>
      <w:r w:rsidR="001800F0"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.......................................................................................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.............................................................</w:t>
      </w:r>
      <w:r w:rsidR="001800F0"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="00AD54CC" w:rsidRPr="000516A1">
        <w:rPr>
          <w:rFonts w:asciiTheme="majorHAnsi" w:eastAsiaTheme="minorHAnsi" w:hAnsiTheme="majorHAnsi" w:cstheme="majorHAnsi"/>
          <w:sz w:val="22"/>
          <w:lang w:val="pl-PL"/>
        </w:rPr>
        <w:t>......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.......................</w:t>
      </w:r>
    </w:p>
    <w:p w14:paraId="0DF24036" w14:textId="61453B04" w:rsidR="00AD54CC" w:rsidRPr="000516A1" w:rsidRDefault="00AD54CC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40C6D78" w14:textId="019A148A" w:rsidR="00D03A5E" w:rsidRPr="000516A1" w:rsidRDefault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11A4D1EF" w14:textId="77777777" w:rsidR="00802740" w:rsidRDefault="00802740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</w:p>
    <w:p w14:paraId="4B64DE98" w14:textId="4ADCBF54" w:rsidR="00CE187A" w:rsidRPr="000516A1" w:rsidRDefault="002517B8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2.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  <w:t xml:space="preserve">Opis przebiegu oceny: </w:t>
      </w:r>
    </w:p>
    <w:p w14:paraId="51A65E76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82A809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7552F0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FB89CA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E20AF6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CB4D85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69AC1A" w14:textId="77777777" w:rsidR="002517B8" w:rsidRPr="000516A1" w:rsidRDefault="002517B8" w:rsidP="002517B8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53E612" w14:textId="2076023E" w:rsidR="00CD12B9" w:rsidRPr="000516A1" w:rsidRDefault="002517B8" w:rsidP="003B52A7">
      <w:pPr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I. </w:t>
      </w:r>
      <w:r w:rsidR="00C64D84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OCENA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POTRZEB </w:t>
      </w:r>
      <w:r w:rsidR="00535676" w:rsidRPr="000516A1">
        <w:rPr>
          <w:rFonts w:asciiTheme="majorHAnsi" w:hAnsiTheme="majorHAnsi" w:cstheme="majorHAnsi"/>
          <w:b/>
          <w:sz w:val="24"/>
          <w:szCs w:val="24"/>
          <w:lang w:val="pl-PL"/>
        </w:rPr>
        <w:t>OSOBY Z NIEPEŁNOSPRAWNOŚCIĄ WYMAGAJĄCEJ WSPARCIA ASYSTENTA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:</w:t>
      </w:r>
    </w:p>
    <w:p w14:paraId="787E8AF6" w14:textId="6A40CA0E" w:rsidR="002517B8" w:rsidRPr="005536CE" w:rsidRDefault="002517B8" w:rsidP="00F26771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Dla każdego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z poniższych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obszar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>ów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należy określić poziom potrzeby</w:t>
      </w:r>
      <w:r w:rsidR="00630C7D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630C7D" w:rsidRPr="005536CE">
        <w:rPr>
          <w:rFonts w:asciiTheme="majorHAnsi" w:hAnsiTheme="majorHAnsi" w:cstheme="majorHAnsi"/>
          <w:i/>
          <w:iCs/>
          <w:sz w:val="22"/>
          <w:szCs w:val="22"/>
        </w:rPr>
        <w:t>osoby wnioskującej</w:t>
      </w:r>
      <w:r w:rsidR="00E9363D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 o udział w Programie</w:t>
      </w:r>
      <w:r w:rsidR="00D03A5E" w:rsidRPr="005536CE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70EAC33D" w14:textId="41206732" w:rsidR="007E7A35" w:rsidRPr="005536CE" w:rsidRDefault="00DE7B42" w:rsidP="00C64D84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>Przy dokonywaniu oceny należy uwzględnić zakres i częstotliwość potrzebnego wsparcia asystenta w danym obszarze. Ocenie podlegają potrzeby wsparcia pozostające w związku z niepełnosprawnością osoby wnioskującej o udział w Programie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. W przypadku np. dzieci należy brać pod uwagę wyłącznie potrzeby wsparcia </w:t>
      </w:r>
      <w:r w:rsidR="00E45E2B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wynikające z ich niepełnosprawności, 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>wykraczające poza zakres pomocy właściwy dla dziecka w porównywalnym wieku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. </w:t>
      </w:r>
    </w:p>
    <w:p w14:paraId="78E9ED11" w14:textId="28200EF6" w:rsidR="00C64D84" w:rsidRPr="005536CE" w:rsidRDefault="00B531F6" w:rsidP="00F26771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>Ocenę należy przeprowadzić z zastosowaniem następującej skali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>:</w:t>
      </w:r>
    </w:p>
    <w:p w14:paraId="6C9C3E99" w14:textId="6280E503" w:rsidR="00C64D84" w:rsidRPr="005536CE" w:rsidRDefault="00C64D84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brak potrzeby wsparcia (0 pkt) - </w:t>
      </w:r>
      <w:r w:rsidR="000516A1" w:rsidRPr="005536CE">
        <w:rPr>
          <w:rFonts w:asciiTheme="majorHAnsi" w:hAnsiTheme="majorHAnsi" w:cstheme="majorHAnsi"/>
          <w:i/>
          <w:iCs/>
          <w:sz w:val="22"/>
          <w:szCs w:val="22"/>
        </w:rPr>
        <w:t>osoba nie potrzebuje wsparcia asystenta w danym obszarze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;</w:t>
      </w:r>
    </w:p>
    <w:p w14:paraId="411A7236" w14:textId="7ACF2F32" w:rsidR="00C64D84" w:rsidRPr="005536CE" w:rsidRDefault="000516A1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umiarkowana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potrzeba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(1 pkt) -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wsparcie jest potrzebne przy niektórych czynnościach, okresowo lub w określonych sytuacjach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;</w:t>
      </w:r>
    </w:p>
    <w:p w14:paraId="4316790C" w14:textId="19DE6F5D" w:rsidR="00C64D84" w:rsidRPr="005536CE" w:rsidRDefault="000516A1" w:rsidP="00F26771">
      <w:pPr>
        <w:pStyle w:val="NormalnyWeb"/>
        <w:numPr>
          <w:ilvl w:val="0"/>
          <w:numId w:val="22"/>
        </w:numPr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wysoka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potrzeba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wsparcia </w:t>
      </w:r>
      <w:r w:rsidR="00C64D84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(2 pkt) -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wsparcie jest potrzebne przy wielu czynnościach, często lub regularnie</w:t>
      </w:r>
      <w:r w:rsidR="00B531F6" w:rsidRPr="005536CE">
        <w:rPr>
          <w:rFonts w:asciiTheme="majorHAnsi" w:hAnsiTheme="majorHAnsi" w:cstheme="majorHAnsi"/>
          <w:i/>
          <w:iCs/>
          <w:sz w:val="22"/>
          <w:szCs w:val="22"/>
        </w:rPr>
        <w:t>.</w:t>
      </w:r>
    </w:p>
    <w:p w14:paraId="2BDF1E2F" w14:textId="22C6B487" w:rsidR="002517B8" w:rsidRPr="003D52E0" w:rsidRDefault="002517B8" w:rsidP="002C4A33">
      <w:pPr>
        <w:spacing w:before="24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1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>Czynności samoobsługowe, w tym utrzymanie higieny osobistej</w:t>
      </w:r>
      <w:r w:rsidR="00E40248" w:rsidRPr="000516A1" w:rsidDel="00E40248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18AD80DC" w14:textId="0961E0C7" w:rsidR="001728C8" w:rsidRPr="000516A1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bookmarkStart w:id="1" w:name="_Hlk237964782"/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</w:t>
      </w:r>
      <w:r w:rsidR="00B6776F" w:rsidRPr="000516A1">
        <w:rPr>
          <w:rFonts w:asciiTheme="majorHAnsi" w:hAnsiTheme="majorHAnsi" w:cstheme="majorHAnsi"/>
          <w:bCs/>
          <w:sz w:val="22"/>
          <w:lang w:val="pl-PL"/>
        </w:rPr>
        <w:t xml:space="preserve"> (0 pkt)</w:t>
      </w:r>
    </w:p>
    <w:p w14:paraId="5335470C" w14:textId="269D46A1" w:rsidR="001728C8" w:rsidRPr="000516A1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F26771">
        <w:rPr>
          <w:rFonts w:asciiTheme="majorHAnsi" w:hAnsiTheme="majorHAnsi" w:cstheme="majorHAnsi"/>
          <w:sz w:val="22"/>
          <w:lang w:val="pl-PL"/>
        </w:rPr>
        <w:t xml:space="preserve">umiarkowana potrzeba wsparcia </w:t>
      </w:r>
      <w:r w:rsidR="00B6776F" w:rsidRPr="000516A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3DF36A01" w14:textId="182DE579" w:rsidR="001728C8" w:rsidRPr="003D52E0" w:rsidRDefault="001728C8" w:rsidP="001728C8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F2677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="005D5031" w:rsidRPr="000516A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bookmarkEnd w:id="1"/>
    <w:p w14:paraId="387C0B5B" w14:textId="0325B94E" w:rsidR="00CE5086" w:rsidRPr="000516A1" w:rsidRDefault="00B6776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</w:t>
      </w:r>
      <w:r w:rsidR="003F1EE2" w:rsidRPr="000516A1">
        <w:rPr>
          <w:rFonts w:asciiTheme="majorHAnsi" w:hAnsiTheme="majorHAnsi" w:cstheme="majorHAnsi"/>
          <w:bCs/>
          <w:sz w:val="22"/>
          <w:lang w:val="pl-PL"/>
        </w:rPr>
        <w:t>e</w:t>
      </w:r>
      <w:r w:rsidRPr="000516A1">
        <w:rPr>
          <w:rFonts w:asciiTheme="majorHAnsi" w:hAnsiTheme="majorHAnsi" w:cstheme="majorHAnsi"/>
          <w:bCs/>
          <w:sz w:val="22"/>
          <w:lang w:val="pl-PL"/>
        </w:rPr>
        <w:t>nie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>:</w:t>
      </w:r>
      <w:r w:rsidR="002517B8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="002517B8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CE5086"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</w:t>
      </w:r>
    </w:p>
    <w:p w14:paraId="0364ED20" w14:textId="65B9ECDB" w:rsidR="002517B8" w:rsidRPr="000516A1" w:rsidRDefault="003F1EE2" w:rsidP="005536CE">
      <w:pPr>
        <w:spacing w:before="12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2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5E2B" w:rsidRPr="00E45E2B">
        <w:rPr>
          <w:rFonts w:asciiTheme="majorHAnsi" w:hAnsiTheme="majorHAnsi" w:cstheme="majorHAnsi"/>
          <w:bCs/>
          <w:sz w:val="22"/>
          <w:lang w:val="pl-PL"/>
        </w:rPr>
        <w:t>Wykonywanie codziennych czynności związanych z funkcjonowaniem w domu i rodzinie</w:t>
      </w:r>
    </w:p>
    <w:p w14:paraId="60229502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29BB4EAF" w14:textId="28C06BAC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="000516A1" w:rsidRPr="003D52E0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0516A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11C66B11" w14:textId="78EF5E5A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0516A1"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04061657" w14:textId="74A4F3F3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6DE61F" w14:textId="7E741A9F" w:rsidR="002517B8" w:rsidRPr="000516A1" w:rsidRDefault="003F1EE2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3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="002517B8" w:rsidRPr="000516A1">
        <w:rPr>
          <w:rFonts w:asciiTheme="majorHAnsi" w:hAnsiTheme="majorHAnsi" w:cstheme="majorHAnsi"/>
          <w:bCs/>
          <w:sz w:val="22"/>
          <w:lang w:val="pl-PL"/>
        </w:rPr>
        <w:tab/>
        <w:t>Przemieszczanie się</w:t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 xml:space="preserve"> poza miejscem zamieszkania</w:t>
      </w:r>
    </w:p>
    <w:p w14:paraId="016FA57A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lastRenderedPageBreak/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2BFC0DFF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7FB1C042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7C35320D" w14:textId="77C32405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D011D9" w14:textId="5E6331FF" w:rsidR="002517B8" w:rsidRPr="000516A1" w:rsidRDefault="002517B8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4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CB5637" w:rsidRPr="000516A1">
        <w:rPr>
          <w:rFonts w:asciiTheme="majorHAnsi" w:hAnsiTheme="majorHAnsi" w:cstheme="majorHAnsi"/>
          <w:bCs/>
          <w:sz w:val="22"/>
          <w:lang w:val="pl-PL"/>
        </w:rPr>
        <w:t>Komunikowanie się z innymi osobami, w tym wyrażanie swoich potrzeb oraz rozumienie i przekazywanie informacji</w:t>
      </w:r>
    </w:p>
    <w:p w14:paraId="7612A7DF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1C616B11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605520D3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11C592E2" w14:textId="572A118F" w:rsidR="003F1EE2" w:rsidRPr="000516A1" w:rsidRDefault="003F1EE2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62009B" w14:textId="0849A8BA" w:rsidR="002517B8" w:rsidRPr="000516A1" w:rsidRDefault="002517B8" w:rsidP="005536CE">
      <w:pPr>
        <w:spacing w:before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5</w:t>
      </w:r>
      <w:r w:rsidR="003C4D21" w:rsidRPr="000516A1">
        <w:rPr>
          <w:rFonts w:asciiTheme="majorHAnsi" w:hAnsiTheme="majorHAnsi" w:cstheme="majorHAnsi"/>
          <w:bCs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40248" w:rsidRPr="000516A1">
        <w:rPr>
          <w:rFonts w:asciiTheme="majorHAnsi" w:hAnsiTheme="majorHAnsi" w:cstheme="majorHAnsi"/>
          <w:bCs/>
          <w:sz w:val="22"/>
          <w:lang w:val="pl-PL"/>
        </w:rPr>
        <w:t xml:space="preserve">Uczestnictwo w życiu społecznym </w:t>
      </w:r>
      <w:r w:rsidR="00102496">
        <w:rPr>
          <w:rFonts w:asciiTheme="majorHAnsi" w:hAnsiTheme="majorHAnsi" w:cstheme="majorHAnsi"/>
          <w:bCs/>
          <w:sz w:val="22"/>
          <w:lang w:val="pl-PL"/>
        </w:rPr>
        <w:t>(np.</w:t>
      </w:r>
      <w:r w:rsidR="00B531F6" w:rsidRPr="003D52E0">
        <w:rPr>
          <w:rFonts w:asciiTheme="majorHAnsi" w:hAnsiTheme="majorHAnsi" w:cstheme="majorHAnsi"/>
          <w:bCs/>
          <w:sz w:val="22"/>
          <w:lang w:val="pl-PL"/>
        </w:rPr>
        <w:t xml:space="preserve"> podejmowanie aktywności społecznej, edukacyjnej, zawodowej lub kulturalnej</w:t>
      </w:r>
      <w:r w:rsidR="00102496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0554FBF" w14:textId="77777777" w:rsidR="003F1EE2" w:rsidRPr="000516A1" w:rsidRDefault="003F1EE2" w:rsidP="003F1EE2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="Segoe UI Symbol" w:hAnsi="Segoe UI Symbol" w:cs="Segoe UI Symbol"/>
          <w:b/>
          <w:sz w:val="22"/>
          <w:lang w:val="pl-PL"/>
        </w:rPr>
        <w:t>☐</w:t>
      </w:r>
      <w:r w:rsidRPr="000516A1">
        <w:rPr>
          <w:rFonts w:asciiTheme="majorHAnsi" w:hAnsiTheme="majorHAnsi" w:cstheme="majorHAnsi"/>
          <w:bCs/>
          <w:sz w:val="22"/>
          <w:lang w:val="pl-PL"/>
        </w:rPr>
        <w:t xml:space="preserve"> brak potrzeby wsparcia (0 pkt)</w:t>
      </w:r>
    </w:p>
    <w:p w14:paraId="05E14ACF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>umiarkowana potrzeba wsparcia</w:t>
      </w:r>
      <w:r w:rsidRPr="005C4CD1" w:rsidDel="000516A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bCs/>
          <w:sz w:val="22"/>
          <w:lang w:val="pl-PL"/>
        </w:rPr>
        <w:t>(1 pkt)</w:t>
      </w:r>
    </w:p>
    <w:p w14:paraId="2EFF87F2" w14:textId="77777777" w:rsidR="000516A1" w:rsidRPr="005C4CD1" w:rsidRDefault="000516A1" w:rsidP="000516A1">
      <w:pPr>
        <w:rPr>
          <w:rFonts w:asciiTheme="majorHAnsi" w:hAnsiTheme="majorHAnsi" w:cstheme="majorHAnsi"/>
          <w:bCs/>
          <w:sz w:val="22"/>
          <w:lang w:val="pl-PL"/>
        </w:rPr>
      </w:pPr>
      <w:r w:rsidRPr="005C4CD1">
        <w:rPr>
          <w:rFonts w:ascii="Segoe UI Symbol" w:hAnsi="Segoe UI Symbol" w:cs="Segoe UI Symbol"/>
          <w:b/>
          <w:sz w:val="22"/>
          <w:lang w:val="pl-PL"/>
        </w:rPr>
        <w:t>☐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Pr="005C4CD1">
        <w:rPr>
          <w:rFonts w:asciiTheme="majorHAnsi" w:hAnsiTheme="majorHAnsi" w:cstheme="majorHAnsi"/>
          <w:sz w:val="22"/>
          <w:lang w:val="pl-PL"/>
        </w:rPr>
        <w:t xml:space="preserve">wysoka potrzeba wsparcia </w:t>
      </w:r>
      <w:r w:rsidRPr="005C4CD1">
        <w:rPr>
          <w:rFonts w:asciiTheme="majorHAnsi" w:hAnsiTheme="majorHAnsi" w:cstheme="majorHAnsi"/>
          <w:bCs/>
          <w:sz w:val="22"/>
          <w:lang w:val="pl-PL"/>
        </w:rPr>
        <w:t xml:space="preserve">(2 pkt) </w:t>
      </w:r>
    </w:p>
    <w:p w14:paraId="42EDB57E" w14:textId="4A30D23B" w:rsidR="003F1EE2" w:rsidRPr="000516A1" w:rsidRDefault="003F1EE2" w:rsidP="003F1EE2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6D1613" w14:textId="439E42CA" w:rsidR="00B6776F" w:rsidRPr="000516A1" w:rsidRDefault="00E40248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Łączna liczba punktów uzyskanych w</w:t>
      </w:r>
      <w:r w:rsidRPr="000516A1" w:rsidDel="00E40248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0516A1">
        <w:rPr>
          <w:rFonts w:asciiTheme="majorHAnsi" w:eastAsiaTheme="minorHAnsi" w:hAnsiTheme="majorHAnsi" w:cstheme="majorHAnsi"/>
          <w:sz w:val="22"/>
          <w:lang w:val="pl-PL"/>
        </w:rPr>
        <w:t>części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III: ……….</w:t>
      </w:r>
      <w:r w:rsidR="003F1EE2" w:rsidRPr="000516A1">
        <w:rPr>
          <w:rFonts w:asciiTheme="majorHAnsi" w:eastAsiaTheme="minorHAnsi" w:hAnsiTheme="majorHAnsi" w:cstheme="majorHAnsi"/>
          <w:sz w:val="22"/>
          <w:lang w:val="pl-PL"/>
        </w:rPr>
        <w:t>/10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pkt.</w:t>
      </w:r>
    </w:p>
    <w:p w14:paraId="3930A07A" w14:textId="1EFCDFFF" w:rsidR="00D03A5E" w:rsidRPr="000516A1" w:rsidRDefault="00D03A5E" w:rsidP="00D03A5E">
      <w:pPr>
        <w:spacing w:before="240"/>
        <w:rPr>
          <w:rFonts w:asciiTheme="majorHAnsi" w:hAnsiTheme="majorHAnsi" w:cstheme="majorHAnsi"/>
          <w:b/>
          <w:sz w:val="24"/>
          <w:szCs w:val="24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V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. </w:t>
      </w:r>
      <w:r w:rsidR="00967F08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OCENA 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POZIOM</w:t>
      </w:r>
      <w:r w:rsidR="00967F08" w:rsidRPr="000516A1">
        <w:rPr>
          <w:rFonts w:asciiTheme="majorHAnsi" w:hAnsiTheme="majorHAnsi" w:cstheme="majorHAnsi"/>
          <w:b/>
          <w:sz w:val="24"/>
          <w:szCs w:val="24"/>
          <w:lang w:val="pl-PL"/>
        </w:rPr>
        <w:t>U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SAMODZIELNOŚCI</w:t>
      </w:r>
      <w:r w:rsidR="007F52AD" w:rsidRPr="000516A1">
        <w:rPr>
          <w:rFonts w:asciiTheme="majorHAnsi" w:hAnsiTheme="majorHAnsi" w:cstheme="majorHAnsi"/>
          <w:b/>
          <w:sz w:val="24"/>
          <w:szCs w:val="24"/>
          <w:lang w:val="pl-PL"/>
        </w:rPr>
        <w:t xml:space="preserve"> OSOBY Z NIEPEŁNOSPRAWNOŚCIĄ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:</w:t>
      </w:r>
    </w:p>
    <w:p w14:paraId="363B362A" w14:textId="5243F693" w:rsidR="00967F08" w:rsidRPr="005536CE" w:rsidRDefault="00553B07" w:rsidP="00967F08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bCs/>
          <w:i/>
          <w:iCs/>
          <w:sz w:val="22"/>
        </w:rPr>
      </w:pPr>
      <w:r w:rsidRPr="005536CE">
        <w:rPr>
          <w:rFonts w:asciiTheme="majorHAnsi" w:hAnsiTheme="majorHAnsi" w:cstheme="majorHAnsi"/>
          <w:bCs/>
          <w:i/>
          <w:iCs/>
          <w:sz w:val="22"/>
        </w:rPr>
        <w:t>Oceny poziomu samodzielności osoby wnioskującej o udział w Programie należy dokonać z uwzględnieniem zakresu samodzielnie wykonywanych czynności życia codziennego, stopnia niezbędnego udziału osoby wspierającej, częstotliwości potrzeby bezpośredniego wsparcia oraz zdolności do samodzielnego funkcjonowania w znanych, nowych lub zmieniających się sytuacjach i warunkach</w:t>
      </w:r>
      <w:r w:rsidR="00E9363D" w:rsidRPr="005536CE">
        <w:rPr>
          <w:rFonts w:asciiTheme="majorHAnsi" w:hAnsiTheme="majorHAnsi" w:cstheme="majorHAnsi"/>
          <w:bCs/>
          <w:i/>
          <w:iCs/>
          <w:sz w:val="22"/>
        </w:rPr>
        <w:t>.</w:t>
      </w:r>
    </w:p>
    <w:p w14:paraId="653E8A1C" w14:textId="63171D8C" w:rsidR="00AA5214" w:rsidRPr="005536CE" w:rsidRDefault="00AA5214" w:rsidP="00967F08">
      <w:pPr>
        <w:pStyle w:val="NormalnyWeb"/>
        <w:spacing w:before="120" w:beforeAutospacing="0" w:after="120" w:afterAutospacing="0"/>
        <w:rPr>
          <w:rFonts w:asciiTheme="majorHAnsi" w:hAnsiTheme="majorHAnsi" w:cstheme="majorHAnsi"/>
          <w:i/>
          <w:iCs/>
          <w:sz w:val="22"/>
          <w:szCs w:val="22"/>
        </w:rPr>
      </w:pP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Przy ocenie poziomu samodzielności należy brać pod uwagę ograniczenia wynikające z niepełnosprawności, a nie np. z wieku osoby. W przypadku </w:t>
      </w:r>
      <w:r w:rsidR="007E7A35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np.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dzieci </w:t>
      </w:r>
      <w:r w:rsidR="00C51922" w:rsidRPr="005536CE">
        <w:rPr>
          <w:rFonts w:asciiTheme="majorHAnsi" w:hAnsiTheme="majorHAnsi" w:cstheme="majorHAnsi"/>
          <w:i/>
          <w:iCs/>
          <w:sz w:val="22"/>
          <w:szCs w:val="22"/>
        </w:rPr>
        <w:t xml:space="preserve">z niepełnosprawnością </w:t>
      </w:r>
      <w:r w:rsidRPr="005536CE">
        <w:rPr>
          <w:rFonts w:asciiTheme="majorHAnsi" w:hAnsiTheme="majorHAnsi" w:cstheme="majorHAnsi"/>
          <w:i/>
          <w:iCs/>
          <w:sz w:val="22"/>
          <w:szCs w:val="22"/>
        </w:rPr>
        <w:t>należy uwzględnić, czy potrzebują one większego wsparcia niż inne dzieci w podobnym wieku.</w:t>
      </w:r>
    </w:p>
    <w:p w14:paraId="2F7ABAB6" w14:textId="7307F4D9" w:rsidR="00D03A5E" w:rsidRPr="000516A1" w:rsidRDefault="00D03A5E" w:rsidP="002C4A33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Theme="majorHAnsi" w:eastAsiaTheme="minorHAnsi" w:hAnsiTheme="majorHAnsi" w:cstheme="majorHAnsi"/>
          <w:sz w:val="22"/>
          <w:lang w:val="pl-PL"/>
        </w:rPr>
        <w:t>1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9363D" w:rsidRPr="000516A1">
        <w:rPr>
          <w:rFonts w:asciiTheme="majorHAnsi" w:hAnsiTheme="majorHAnsi" w:cstheme="majorHAnsi"/>
          <w:bCs/>
          <w:sz w:val="22"/>
          <w:lang w:val="pl-PL"/>
        </w:rPr>
        <w:t>Zakres samodzielnego wykonywania czynności</w:t>
      </w:r>
      <w:r w:rsidR="00E9363D" w:rsidRPr="000516A1" w:rsidDel="00EC72F2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1180AA0E" w14:textId="0CF25BD0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</w:t>
      </w:r>
      <w:r w:rsidR="00912F58">
        <w:rPr>
          <w:rFonts w:asciiTheme="majorHAnsi" w:eastAsiaTheme="minorHAnsi" w:hAnsiTheme="majorHAnsi" w:cstheme="majorHAnsi"/>
          <w:sz w:val="22"/>
          <w:lang w:val="pl-PL"/>
        </w:rPr>
        <w:t xml:space="preserve">czynności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samodzielnie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1008A186" w14:textId="0E33AC24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część czynności osoba wykonuje samodzielnie, a przy pozostałych wymaga wsparcia innej osoby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1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pkt)</w:t>
      </w:r>
    </w:p>
    <w:p w14:paraId="36293B44" w14:textId="2F9EAF2D" w:rsidR="00D03A5E" w:rsidRPr="000516A1" w:rsidRDefault="00D03A5E" w:rsidP="00D03A5E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>przy wykonywaniu większości czynności osoba wymaga bezpośredniego wsparcia innej osoby</w:t>
      </w:r>
      <w:r w:rsidR="00E9363D" w:rsidRPr="000516A1" w:rsidDel="00EC72F2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>(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2</w:t>
      </w:r>
      <w:r w:rsidR="00B6776F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pkt)</w:t>
      </w:r>
    </w:p>
    <w:p w14:paraId="03760D92" w14:textId="7A2D0353" w:rsidR="00B6776F" w:rsidRPr="000516A1" w:rsidRDefault="00B6776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</w:t>
      </w:r>
      <w:r w:rsidR="005D5031" w:rsidRPr="000516A1">
        <w:rPr>
          <w:rFonts w:asciiTheme="majorHAnsi" w:hAnsiTheme="majorHAnsi" w:cstheme="majorHAnsi"/>
          <w:bCs/>
          <w:sz w:val="22"/>
          <w:lang w:val="pl-PL"/>
        </w:rPr>
        <w:t>e</w:t>
      </w:r>
      <w:r w:rsidRPr="000516A1">
        <w:rPr>
          <w:rFonts w:asciiTheme="majorHAnsi" w:hAnsiTheme="majorHAnsi" w:cstheme="majorHAnsi"/>
          <w:bCs/>
          <w:sz w:val="22"/>
          <w:lang w:val="pl-PL"/>
        </w:rPr>
        <w:t>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….……………………………………………………………………………………………………………………………………………………………………………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>..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66D37246" w14:textId="73731A4A" w:rsidR="00D03A5E" w:rsidRPr="000516A1" w:rsidRDefault="00D03A5E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2.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E9363D" w:rsidRPr="000516A1">
        <w:rPr>
          <w:rFonts w:asciiTheme="majorHAnsi" w:hAnsiTheme="majorHAnsi" w:cstheme="majorHAnsi"/>
          <w:bCs/>
          <w:sz w:val="22"/>
          <w:lang w:val="pl-PL"/>
        </w:rPr>
        <w:t>Stopień samodzielności przy wykonywaniu czynności wymagających wsparcia</w:t>
      </w:r>
      <w:r w:rsidR="00E9363D" w:rsidRPr="000516A1" w:rsidDel="00EC72F2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202E89F7" w14:textId="1D6F68F5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lastRenderedPageBreak/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czynności zasadniczo samodzielnie, a udział osoby wspierającej jest niewielki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346F8D4A" w14:textId="47E28240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osoba wykonuje czynności częściowo samodzielnie, przy istotnym udziale osoby wspierającej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(1 pkt)</w:t>
      </w:r>
    </w:p>
    <w:p w14:paraId="368C3171" w14:textId="47094245" w:rsidR="00EC72F2" w:rsidRPr="000516A1" w:rsidRDefault="00EC72F2" w:rsidP="00EC72F2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E9363D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wykonanie czynności wymaga w przeważającym zakresie bezpośredniego udziału osoby wspierającej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(2 pkt)</w:t>
      </w:r>
    </w:p>
    <w:p w14:paraId="37F56099" w14:textId="7CD5BB6C" w:rsidR="005D5031" w:rsidRPr="000516A1" w:rsidRDefault="005D5031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552034C4" w14:textId="462BDD8F" w:rsidR="00D03A5E" w:rsidRPr="000516A1" w:rsidRDefault="00D03A5E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3.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</w:r>
      <w:r w:rsidR="00AA5214" w:rsidRPr="000516A1">
        <w:rPr>
          <w:rFonts w:asciiTheme="majorHAnsi" w:hAnsiTheme="majorHAnsi" w:cstheme="majorHAnsi"/>
          <w:bCs/>
          <w:sz w:val="22"/>
          <w:lang w:val="pl-PL"/>
        </w:rPr>
        <w:t>Częstotliwość korzystania ze wsparcia innej osoby</w:t>
      </w:r>
    </w:p>
    <w:p w14:paraId="118B46E6" w14:textId="0372BE0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tylko od czasu do czasu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(0 pkt)</w:t>
      </w:r>
    </w:p>
    <w:p w14:paraId="272B99C8" w14:textId="1CADCD2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w niektórych sytuacjach lub przy części czynności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(1 pkt)</w:t>
      </w:r>
    </w:p>
    <w:p w14:paraId="4EB75849" w14:textId="18417095" w:rsidR="00EC72F2" w:rsidRPr="000516A1" w:rsidRDefault="00EC72F2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AA5214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pomoc innej osoby jest potrzebna często, przy większości wykonywanych czynności 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(2 pkt)</w:t>
      </w:r>
    </w:p>
    <w:p w14:paraId="5DA8E9A5" w14:textId="6EA4511B" w:rsidR="005D5031" w:rsidRPr="000516A1" w:rsidRDefault="005D5031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7DD6A0D9" w14:textId="02D6E0FB" w:rsidR="00CD382F" w:rsidRPr="000516A1" w:rsidRDefault="00CD382F" w:rsidP="00CD382F">
      <w:pPr>
        <w:spacing w:before="240"/>
        <w:ind w:left="426" w:hanging="426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4.</w:t>
      </w:r>
      <w:r w:rsidRPr="000516A1">
        <w:rPr>
          <w:rFonts w:asciiTheme="majorHAnsi" w:hAnsiTheme="majorHAnsi" w:cstheme="majorHAnsi"/>
          <w:bCs/>
          <w:sz w:val="22"/>
          <w:lang w:val="pl-PL"/>
        </w:rPr>
        <w:tab/>
        <w:t>Samodzielne funkcjonowanie w znanych i nowych warunkach</w:t>
      </w:r>
    </w:p>
    <w:p w14:paraId="2DE5A3FD" w14:textId="01A7FEC7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zachowuje samodzielność zarówno w znanych, jak i nowych lub zmieniających się sytuacjach i warunkach (0 pkt)</w:t>
      </w:r>
    </w:p>
    <w:p w14:paraId="5DD0DDD3" w14:textId="3A68115B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funkcjonuje samodzielnie lub z niewielkim wsparciem w znanych sobie sytuacjach i warunkach, natomiast w nowych lub zmieniających się sytuacjach wymaga większego wsparcia innej osoby (1 pkt)</w:t>
      </w:r>
    </w:p>
    <w:p w14:paraId="30DADB58" w14:textId="6B2AAB53" w:rsidR="00CD382F" w:rsidRPr="000516A1" w:rsidRDefault="00CD382F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="Segoe UI Symbol" w:eastAsiaTheme="minorHAnsi" w:hAnsi="Segoe UI Symbol" w:cs="Segoe UI Symbol"/>
          <w:b/>
          <w:bCs/>
          <w:sz w:val="22"/>
          <w:lang w:val="pl-PL"/>
        </w:rPr>
        <w:t>☐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osoba wymaga znacznego wsparcia innej osoby również w znanych sobie sytuacjach i warunkach, a w nowych lub zmieniających się sytuacjach zakres potrzebnego wsparcia może być jeszcze większy (2 pkt)</w:t>
      </w:r>
    </w:p>
    <w:p w14:paraId="07C89CE9" w14:textId="3383E226" w:rsidR="00CD382F" w:rsidRPr="000516A1" w:rsidRDefault="00CD382F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20E80FFA" w14:textId="504C3534" w:rsidR="005D5031" w:rsidRPr="000516A1" w:rsidRDefault="00EC72F2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 xml:space="preserve">Łączna liczba punktów uzyskanych w </w:t>
      </w:r>
      <w:r w:rsidR="00F27C14" w:rsidRPr="000516A1">
        <w:rPr>
          <w:rFonts w:asciiTheme="majorHAnsi" w:eastAsiaTheme="minorHAnsi" w:hAnsiTheme="majorHAnsi" w:cstheme="majorHAnsi"/>
          <w:sz w:val="22"/>
          <w:lang w:val="pl-PL"/>
        </w:rPr>
        <w:t>części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IV: ……….</w:t>
      </w:r>
      <w:r w:rsidR="003F1EE2" w:rsidRPr="000516A1">
        <w:rPr>
          <w:rFonts w:asciiTheme="majorHAnsi" w:eastAsiaTheme="minorHAnsi" w:hAnsiTheme="majorHAnsi" w:cstheme="majorHAnsi"/>
          <w:sz w:val="22"/>
          <w:lang w:val="pl-PL"/>
        </w:rPr>
        <w:t>/</w:t>
      </w:r>
      <w:r w:rsidR="00CD382F" w:rsidRPr="000516A1">
        <w:rPr>
          <w:rFonts w:asciiTheme="majorHAnsi" w:eastAsiaTheme="minorHAnsi" w:hAnsiTheme="majorHAnsi" w:cstheme="majorHAnsi"/>
          <w:sz w:val="22"/>
          <w:lang w:val="pl-PL"/>
        </w:rPr>
        <w:t>8</w:t>
      </w:r>
      <w:r w:rsidR="005D5031" w:rsidRPr="000516A1">
        <w:rPr>
          <w:rFonts w:asciiTheme="majorHAnsi" w:eastAsiaTheme="minorHAnsi" w:hAnsiTheme="majorHAnsi" w:cstheme="majorHAnsi"/>
          <w:sz w:val="22"/>
          <w:lang w:val="pl-PL"/>
        </w:rPr>
        <w:t xml:space="preserve"> pkt.</w:t>
      </w:r>
    </w:p>
    <w:p w14:paraId="1D3CC97F" w14:textId="5AD79589" w:rsidR="00D03A5E" w:rsidRDefault="00D03A5E" w:rsidP="00912F58">
      <w:pPr>
        <w:spacing w:before="240" w:after="120"/>
        <w:rPr>
          <w:rFonts w:asciiTheme="majorHAnsi" w:hAnsiTheme="majorHAnsi" w:cstheme="majorHAnsi"/>
          <w:b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2"/>
          <w:lang w:val="pl-PL"/>
        </w:rPr>
        <w:t xml:space="preserve">V. </w:t>
      </w:r>
      <w:r w:rsidR="004C4133" w:rsidRPr="004C4133">
        <w:rPr>
          <w:rFonts w:asciiTheme="majorHAnsi" w:hAnsiTheme="majorHAnsi" w:cstheme="majorHAnsi"/>
          <w:b/>
          <w:sz w:val="22"/>
          <w:lang w:val="pl-PL"/>
        </w:rPr>
        <w:t>OCENA DOSTĘPNOŚCI POMOCY ZE STRONY INNYCH OSÓB LUB PODMIOTÓW</w:t>
      </w:r>
      <w:r w:rsidRPr="003D52E0">
        <w:rPr>
          <w:rFonts w:asciiTheme="majorHAnsi" w:hAnsiTheme="majorHAnsi" w:cstheme="majorHAnsi"/>
          <w:b/>
          <w:sz w:val="22"/>
          <w:lang w:val="pl-PL"/>
        </w:rPr>
        <w:t>:</w:t>
      </w:r>
    </w:p>
    <w:p w14:paraId="42B56C4E" w14:textId="2E4B2C5D" w:rsidR="007E01F3" w:rsidRPr="005536CE" w:rsidRDefault="00BF7F1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Przy dokonywaniu oceny należy uwzględnić pomoc realnie dostępną i faktycznie świadczoną osobie wnioskującej. Ocenie podlega w szczególności częstotliwość i regularność udzielanej pomocy, możliwość uzyskania jej w czasie, w którym jest potrzebna, oraz stopień, w jakim odpowiada ona potrzebom osoby. Należy uwzględnić również pomoc świadczoną przez instytucje i inne podmioty, w szczególności jednostki organizacyjne pomocy społecznej.</w:t>
      </w:r>
    </w:p>
    <w:p w14:paraId="5D28A36D" w14:textId="17BA8D25" w:rsidR="00C95E35" w:rsidRPr="005536CE" w:rsidRDefault="00C95E3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Sam fakt wspólnego zamieszkiwania z inną osobą nie oznacza, że osoba wnioskująca ma możliwość uzyskania od niej pomocy.</w:t>
      </w:r>
    </w:p>
    <w:p w14:paraId="6AC58002" w14:textId="7F56AF6E" w:rsidR="00BF7F15" w:rsidRPr="005536CE" w:rsidRDefault="00BF7F15" w:rsidP="00912F58">
      <w:pPr>
        <w:spacing w:before="120" w:after="120"/>
        <w:rPr>
          <w:rFonts w:asciiTheme="majorHAnsi" w:hAnsiTheme="majorHAnsi" w:cstheme="majorHAnsi"/>
          <w:bCs/>
          <w:i/>
          <w:iCs/>
          <w:sz w:val="22"/>
          <w:lang w:val="pl-PL"/>
        </w:rPr>
      </w:pPr>
      <w:r w:rsidRPr="005536CE">
        <w:rPr>
          <w:rFonts w:asciiTheme="majorHAnsi" w:hAnsiTheme="majorHAnsi" w:cstheme="majorHAnsi"/>
          <w:bCs/>
          <w:i/>
          <w:iCs/>
          <w:sz w:val="22"/>
          <w:lang w:val="pl-PL"/>
        </w:rPr>
        <w:t>Zaznaczenie w pkt 1 odpowiedzi „nikt” oznacza przyznanie 6 pkt w części V. W takim przypadku nie wypełnia się pkt 2–4 i należy przejść do części VI. Odpowiedzi „nikt” nie można zaznaczyć łącznie z innymi odpowiedziami w pkt 1.</w:t>
      </w:r>
    </w:p>
    <w:p w14:paraId="198CA0BA" w14:textId="43FAF877" w:rsidR="00B23A3B" w:rsidRDefault="00D03A5E" w:rsidP="002C4A33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3D52E0">
        <w:rPr>
          <w:rFonts w:asciiTheme="majorHAnsi" w:hAnsiTheme="majorHAnsi" w:cstheme="majorHAnsi"/>
          <w:bCs/>
          <w:sz w:val="22"/>
          <w:lang w:val="pl-PL"/>
        </w:rPr>
        <w:t>1.</w:t>
      </w:r>
      <w:r w:rsidRPr="003D52E0">
        <w:rPr>
          <w:rFonts w:asciiTheme="majorHAnsi" w:hAnsiTheme="majorHAnsi" w:cstheme="majorHAnsi"/>
          <w:bCs/>
          <w:sz w:val="22"/>
          <w:lang w:val="pl-PL"/>
        </w:rPr>
        <w:tab/>
      </w:r>
      <w:r w:rsidR="00C95E35" w:rsidRPr="00C95E35">
        <w:rPr>
          <w:rFonts w:asciiTheme="majorHAnsi" w:hAnsiTheme="majorHAnsi" w:cstheme="majorHAnsi"/>
          <w:bCs/>
          <w:sz w:val="22"/>
          <w:lang w:val="pl-PL"/>
        </w:rPr>
        <w:t>Kto obecnie faktycznie udziela pomocy osobie wnioskującej</w:t>
      </w:r>
      <w:r w:rsidR="00C95E35">
        <w:rPr>
          <w:rFonts w:asciiTheme="majorHAnsi" w:hAnsiTheme="majorHAnsi" w:cstheme="majorHAnsi"/>
          <w:bCs/>
          <w:sz w:val="22"/>
          <w:lang w:val="pl-PL"/>
        </w:rPr>
        <w:t xml:space="preserve"> </w:t>
      </w:r>
    </w:p>
    <w:p w14:paraId="66CD5AE2" w14:textId="36565810" w:rsidR="00C95E35" w:rsidRDefault="00C95E35" w:rsidP="00C95E35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nikt</w:t>
      </w:r>
      <w:r w:rsidR="00166654">
        <w:rPr>
          <w:rFonts w:asciiTheme="majorHAnsi" w:hAnsiTheme="majorHAnsi" w:cstheme="majorHAnsi"/>
          <w:bCs/>
          <w:sz w:val="22"/>
          <w:lang w:val="pl-PL"/>
        </w:rPr>
        <w:t xml:space="preserve"> (</w:t>
      </w:r>
      <w:r w:rsidR="00166654" w:rsidRPr="00504D57">
        <w:rPr>
          <w:rFonts w:asciiTheme="majorHAnsi" w:hAnsiTheme="majorHAnsi" w:cstheme="majorHAnsi"/>
          <w:bCs/>
          <w:i/>
          <w:iCs/>
          <w:sz w:val="22"/>
          <w:lang w:val="pl-PL"/>
        </w:rPr>
        <w:t>przejdź do części VI</w:t>
      </w:r>
      <w:r w:rsidR="00E46991">
        <w:rPr>
          <w:rFonts w:asciiTheme="majorHAnsi" w:hAnsiTheme="majorHAnsi" w:cstheme="majorHAnsi"/>
          <w:bCs/>
          <w:sz w:val="22"/>
          <w:lang w:val="pl-PL"/>
        </w:rPr>
        <w:t>)</w:t>
      </w:r>
      <w:r w:rsidR="00166654"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="00E46991">
        <w:rPr>
          <w:rFonts w:asciiTheme="majorHAnsi" w:hAnsiTheme="majorHAnsi" w:cstheme="majorHAnsi"/>
          <w:bCs/>
          <w:sz w:val="22"/>
          <w:lang w:val="pl-PL"/>
        </w:rPr>
        <w:t>(</w:t>
      </w:r>
      <w:r w:rsidR="00166654">
        <w:rPr>
          <w:rFonts w:asciiTheme="majorHAnsi" w:hAnsiTheme="majorHAnsi" w:cstheme="majorHAnsi"/>
          <w:bCs/>
          <w:sz w:val="22"/>
          <w:lang w:val="pl-PL"/>
        </w:rPr>
        <w:t>6 pkt)</w:t>
      </w:r>
    </w:p>
    <w:p w14:paraId="2DAF8671" w14:textId="77777777" w:rsidR="00166654" w:rsidRPr="005C4CD1" w:rsidRDefault="00166654" w:rsidP="00166654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5C4CD1">
        <w:rPr>
          <w:rFonts w:asciiTheme="majorHAnsi" w:hAnsiTheme="majorHAnsi" w:cstheme="majorHAnsi"/>
          <w:bCs/>
          <w:sz w:val="22"/>
          <w:lang w:val="pl-PL"/>
        </w:rPr>
        <w:lastRenderedPageBreak/>
        <w:t>Uzasadnienie: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47E5171F" w14:textId="3BAB9258" w:rsidR="00BF7F15" w:rsidRPr="00912F58" w:rsidRDefault="00BF7F15" w:rsidP="00C95E35">
      <w:pPr>
        <w:spacing w:before="120" w:after="120"/>
        <w:ind w:left="425" w:hanging="425"/>
        <w:rPr>
          <w:rFonts w:ascii="Segoe UI Symbol" w:hAnsi="Segoe UI Symbol" w:cs="Segoe UI Symbol"/>
          <w:bCs/>
          <w:i/>
          <w:iCs/>
          <w:sz w:val="22"/>
          <w:lang w:val="pl-PL"/>
        </w:rPr>
      </w:pPr>
      <w:r w:rsidRPr="00912F58">
        <w:rPr>
          <w:rFonts w:asciiTheme="majorHAnsi" w:hAnsiTheme="majorHAnsi" w:cstheme="majorHAnsi"/>
          <w:bCs/>
          <w:i/>
          <w:iCs/>
          <w:sz w:val="22"/>
          <w:lang w:val="pl-PL"/>
        </w:rPr>
        <w:t xml:space="preserve">W przypadku poniższych opcji </w:t>
      </w:r>
      <w:r w:rsidRPr="003D52E0">
        <w:rPr>
          <w:rFonts w:asciiTheme="majorHAnsi" w:hAnsiTheme="majorHAnsi" w:cstheme="majorHAnsi"/>
          <w:bCs/>
          <w:i/>
          <w:iCs/>
          <w:sz w:val="22"/>
          <w:lang w:val="pl-PL"/>
        </w:rPr>
        <w:t>można zaznaczyć więcej niż jedną odpowiedź</w:t>
      </w:r>
      <w:r w:rsidRPr="00912F58">
        <w:rPr>
          <w:rFonts w:asciiTheme="majorHAnsi" w:hAnsiTheme="majorHAnsi" w:cstheme="majorHAnsi"/>
          <w:bCs/>
          <w:i/>
          <w:iCs/>
          <w:sz w:val="22"/>
          <w:lang w:val="pl-PL"/>
        </w:rPr>
        <w:t>.</w:t>
      </w:r>
    </w:p>
    <w:p w14:paraId="6479A347" w14:textId="53002700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rodzina</w:t>
      </w:r>
    </w:p>
    <w:p w14:paraId="425A7FBE" w14:textId="77777777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osoby niespokrewnione wspólnie zamieszkujące</w:t>
      </w:r>
    </w:p>
    <w:p w14:paraId="34E95C62" w14:textId="1DECC219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inne osoby, np. znajomi lub sąsiedzi</w:t>
      </w:r>
    </w:p>
    <w:p w14:paraId="7789FD01" w14:textId="23BC4E00" w:rsidR="00C95E35" w:rsidRPr="00C95E35" w:rsidRDefault="00C95E35" w:rsidP="005536CE">
      <w:pPr>
        <w:spacing w:before="120" w:after="120"/>
        <w:ind w:left="284" w:hanging="284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jednostka organizacyjna pomocy społecznej, np. OPS, CUS, PCPR,</w:t>
      </w:r>
      <w:r w:rsidR="00663128">
        <w:rPr>
          <w:rFonts w:asciiTheme="majorHAnsi" w:hAnsiTheme="majorHAnsi" w:cstheme="majorHAnsi"/>
          <w:bCs/>
          <w:sz w:val="22"/>
          <w:lang w:val="pl-PL"/>
        </w:rPr>
        <w:t xml:space="preserve"> MOPR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w tym w ramach świadczonych usług opiekuńczych lub specjalistycznych usług opiekuńczych</w:t>
      </w:r>
    </w:p>
    <w:p w14:paraId="617176A0" w14:textId="77777777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organizacja pozarządowa</w:t>
      </w:r>
    </w:p>
    <w:p w14:paraId="4411891C" w14:textId="2017C1A5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jednostka zapewniająca wsparcie, np. ŚDS, WTZ, ZAZ, COM</w:t>
      </w:r>
    </w:p>
    <w:p w14:paraId="153D7741" w14:textId="297D2E70" w:rsidR="00C95E35" w:rsidRPr="00C95E35" w:rsidRDefault="00C95E35" w:rsidP="00912F58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="Segoe UI Symbol" w:hAnsi="Segoe UI Symbol" w:cs="Segoe UI Symbol"/>
          <w:bCs/>
          <w:sz w:val="22"/>
          <w:lang w:val="pl-PL"/>
        </w:rPr>
        <w:t>☐</w:t>
      </w:r>
      <w:r w:rsidRPr="00C95E35">
        <w:rPr>
          <w:rFonts w:asciiTheme="majorHAnsi" w:hAnsiTheme="majorHAnsi" w:cstheme="majorHAnsi"/>
          <w:bCs/>
          <w:sz w:val="22"/>
          <w:lang w:val="pl-PL"/>
        </w:rPr>
        <w:t xml:space="preserve"> inne osoby lub podmioty faktycznie udzielające pomocy </w:t>
      </w:r>
      <w:r w:rsidR="005965C9">
        <w:rPr>
          <w:rFonts w:asciiTheme="majorHAnsi" w:hAnsiTheme="majorHAnsi" w:cstheme="majorHAnsi"/>
          <w:bCs/>
          <w:sz w:val="22"/>
          <w:lang w:val="pl-PL"/>
        </w:rPr>
        <w:t>(</w:t>
      </w:r>
      <w:r w:rsidRPr="00504D57">
        <w:rPr>
          <w:rFonts w:asciiTheme="majorHAnsi" w:hAnsiTheme="majorHAnsi" w:cstheme="majorHAnsi"/>
          <w:bCs/>
          <w:i/>
          <w:iCs/>
          <w:sz w:val="22"/>
          <w:lang w:val="pl-PL"/>
        </w:rPr>
        <w:t>jakie?</w:t>
      </w:r>
      <w:r w:rsidR="005965C9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A5C58BC" w14:textId="3E822613" w:rsidR="00C95E35" w:rsidRDefault="00C95E35" w:rsidP="00912F58">
      <w:pPr>
        <w:spacing w:before="120" w:after="12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C95E35">
        <w:rPr>
          <w:rFonts w:asciiTheme="majorHAnsi" w:hAnsiTheme="majorHAnsi" w:cstheme="majorHAnsi"/>
          <w:bCs/>
          <w:sz w:val="22"/>
          <w:lang w:val="pl-PL"/>
        </w:rPr>
        <w:t>………………………………………………………………………………………………………………</w:t>
      </w:r>
      <w:r w:rsidR="005965C9">
        <w:rPr>
          <w:rFonts w:asciiTheme="majorHAnsi" w:hAnsiTheme="majorHAnsi" w:cstheme="majorHAnsi"/>
          <w:bCs/>
          <w:sz w:val="22"/>
          <w:lang w:val="pl-PL"/>
        </w:rPr>
        <w:t>………………………………………………………</w:t>
      </w:r>
      <w:r w:rsidR="00F1438D">
        <w:rPr>
          <w:rFonts w:asciiTheme="majorHAnsi" w:hAnsiTheme="majorHAnsi" w:cstheme="majorHAnsi"/>
          <w:bCs/>
          <w:sz w:val="22"/>
          <w:lang w:val="pl-PL"/>
        </w:rPr>
        <w:t>……….</w:t>
      </w:r>
    </w:p>
    <w:p w14:paraId="3A68ED58" w14:textId="2DC1C9B8" w:rsidR="00815F1B" w:rsidRPr="00815F1B" w:rsidRDefault="00815F1B" w:rsidP="00815F1B">
      <w:pPr>
        <w:spacing w:before="240"/>
        <w:ind w:left="426" w:hanging="426"/>
        <w:rPr>
          <w:rFonts w:asciiTheme="majorHAnsi" w:hAnsiTheme="majorHAnsi" w:cstheme="majorHAnsi"/>
          <w:bCs/>
          <w:sz w:val="22"/>
          <w:lang w:val="pl-PL"/>
        </w:rPr>
      </w:pPr>
      <w:r w:rsidRPr="00815F1B">
        <w:rPr>
          <w:rFonts w:asciiTheme="majorHAnsi" w:hAnsiTheme="majorHAnsi" w:cstheme="majorHAnsi"/>
          <w:bCs/>
          <w:sz w:val="22"/>
          <w:lang w:val="pl-PL"/>
        </w:rPr>
        <w:t xml:space="preserve">2. Jak </w:t>
      </w:r>
      <w:r w:rsidR="00102496">
        <w:rPr>
          <w:rFonts w:asciiTheme="majorHAnsi" w:hAnsiTheme="majorHAnsi" w:cstheme="majorHAnsi"/>
          <w:bCs/>
          <w:sz w:val="22"/>
          <w:lang w:val="pl-PL"/>
        </w:rPr>
        <w:t>często</w:t>
      </w:r>
      <w:r w:rsidRPr="00815F1B">
        <w:rPr>
          <w:rFonts w:asciiTheme="majorHAnsi" w:hAnsiTheme="majorHAnsi" w:cstheme="majorHAnsi"/>
          <w:bCs/>
          <w:sz w:val="22"/>
          <w:lang w:val="pl-PL"/>
        </w:rPr>
        <w:t xml:space="preserve"> osoba wnioskująca otrzymuje wskazaną powyżej pomoc</w:t>
      </w:r>
      <w:r w:rsidR="00102496">
        <w:rPr>
          <w:rFonts w:asciiTheme="majorHAnsi" w:hAnsiTheme="majorHAnsi" w:cstheme="majorHAnsi"/>
          <w:bCs/>
          <w:sz w:val="22"/>
          <w:lang w:val="pl-PL"/>
        </w:rPr>
        <w:t xml:space="preserve"> od innych osób lub podmiotów</w:t>
      </w:r>
      <w:r w:rsidRPr="00815F1B">
        <w:rPr>
          <w:rFonts w:asciiTheme="majorHAnsi" w:hAnsiTheme="majorHAnsi" w:cstheme="majorHAnsi"/>
          <w:bCs/>
          <w:sz w:val="22"/>
          <w:lang w:val="pl-PL"/>
        </w:rPr>
        <w:t>?</w:t>
      </w:r>
    </w:p>
    <w:p w14:paraId="029FEB75" w14:textId="5EFF725E" w:rsidR="00FD660E" w:rsidRPr="00FD660E" w:rsidRDefault="00815F1B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815F1B">
        <w:rPr>
          <w:rFonts w:ascii="Segoe UI Symbol" w:hAnsi="Segoe UI Symbol" w:cs="Segoe UI Symbol"/>
          <w:bCs/>
          <w:sz w:val="22"/>
          <w:lang w:val="pl-PL"/>
        </w:rPr>
        <w:t>☐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regularnie i w sposób powtarzalny </w:t>
      </w:r>
      <w:r w:rsidR="00FD660E">
        <w:rPr>
          <w:rFonts w:asciiTheme="majorHAnsi" w:hAnsiTheme="majorHAnsi" w:cstheme="majorHAnsi"/>
          <w:bCs/>
          <w:sz w:val="22"/>
          <w:lang w:val="pl-PL"/>
        </w:rPr>
        <w:t>(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>0 pkt</w:t>
      </w:r>
      <w:r w:rsidR="00FD660E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C189C54" w14:textId="243A4FD3" w:rsidR="00FD660E" w:rsidRPr="00FD660E" w:rsidRDefault="00FD660E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FD660E">
        <w:rPr>
          <w:rFonts w:ascii="Segoe UI Symbol" w:hAnsi="Segoe UI Symbol" w:cs="Segoe UI Symbol"/>
          <w:bCs/>
          <w:sz w:val="22"/>
          <w:lang w:val="pl-PL"/>
        </w:rPr>
        <w:t>☐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okresowo</w:t>
      </w:r>
      <w:r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Pr="00FD660E">
        <w:rPr>
          <w:rFonts w:asciiTheme="majorHAnsi" w:hAnsiTheme="majorHAnsi" w:cstheme="majorHAnsi"/>
          <w:bCs/>
          <w:sz w:val="22"/>
          <w:lang w:val="pl-PL"/>
        </w:rPr>
        <w:t>ale z pewną powtarzalnością</w:t>
      </w:r>
      <w:r>
        <w:rPr>
          <w:rFonts w:asciiTheme="majorHAnsi" w:hAnsiTheme="majorHAnsi" w:cstheme="majorHAnsi"/>
          <w:bCs/>
          <w:sz w:val="22"/>
          <w:lang w:val="pl-PL"/>
        </w:rPr>
        <w:t xml:space="preserve"> (</w:t>
      </w:r>
      <w:r w:rsidRPr="00FD660E">
        <w:rPr>
          <w:rFonts w:asciiTheme="majorHAnsi" w:hAnsiTheme="majorHAnsi" w:cstheme="majorHAnsi"/>
          <w:bCs/>
          <w:sz w:val="22"/>
          <w:lang w:val="pl-PL"/>
        </w:rPr>
        <w:t>1 pkt</w:t>
      </w:r>
      <w:r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B6D7673" w14:textId="49220945" w:rsidR="00FD660E" w:rsidRDefault="00FD660E" w:rsidP="00FD660E">
      <w:pPr>
        <w:spacing w:before="120" w:after="120"/>
        <w:ind w:left="425" w:hanging="425"/>
        <w:rPr>
          <w:rFonts w:asciiTheme="majorHAnsi" w:hAnsiTheme="majorHAnsi" w:cstheme="majorHAnsi"/>
          <w:bCs/>
          <w:sz w:val="22"/>
          <w:lang w:val="pl-PL"/>
        </w:rPr>
      </w:pPr>
      <w:r w:rsidRPr="00FD660E">
        <w:rPr>
          <w:rFonts w:ascii="Segoe UI Symbol" w:hAnsi="Segoe UI Symbol" w:cs="Segoe UI Symbol"/>
          <w:bCs/>
          <w:sz w:val="22"/>
          <w:lang w:val="pl-PL"/>
        </w:rPr>
        <w:t>☐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 pomoc jest udzielana sporadycznie</w:t>
      </w:r>
      <w:r>
        <w:rPr>
          <w:rFonts w:asciiTheme="majorHAnsi" w:hAnsiTheme="majorHAnsi" w:cstheme="majorHAnsi"/>
          <w:bCs/>
          <w:sz w:val="22"/>
          <w:lang w:val="pl-PL"/>
        </w:rPr>
        <w:t xml:space="preserve">, </w:t>
      </w:r>
      <w:r w:rsidRPr="00FD660E">
        <w:rPr>
          <w:rFonts w:asciiTheme="majorHAnsi" w:hAnsiTheme="majorHAnsi" w:cstheme="majorHAnsi"/>
          <w:bCs/>
          <w:sz w:val="22"/>
          <w:lang w:val="pl-PL"/>
        </w:rPr>
        <w:t xml:space="preserve">bez stałej regularności </w:t>
      </w:r>
      <w:r>
        <w:rPr>
          <w:rFonts w:asciiTheme="majorHAnsi" w:hAnsiTheme="majorHAnsi" w:cstheme="majorHAnsi"/>
          <w:bCs/>
          <w:sz w:val="22"/>
          <w:lang w:val="pl-PL"/>
        </w:rPr>
        <w:t>(</w:t>
      </w:r>
      <w:r w:rsidRPr="00FD660E">
        <w:rPr>
          <w:rFonts w:asciiTheme="majorHAnsi" w:hAnsiTheme="majorHAnsi" w:cstheme="majorHAnsi"/>
          <w:bCs/>
          <w:sz w:val="22"/>
          <w:lang w:val="pl-PL"/>
        </w:rPr>
        <w:t>2 pkt</w:t>
      </w:r>
      <w:r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64895752" w14:textId="2AE6B2B0" w:rsidR="00EF3F0E" w:rsidRPr="000516A1" w:rsidRDefault="00EF3F0E" w:rsidP="002C4A33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403C0975" w14:textId="77777777" w:rsidR="00951D73" w:rsidRPr="00166654" w:rsidRDefault="00951D73" w:rsidP="00912F58">
      <w:pPr>
        <w:spacing w:before="24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Theme="majorHAnsi" w:hAnsiTheme="majorHAnsi" w:cstheme="majorHAnsi"/>
          <w:bCs/>
          <w:sz w:val="22"/>
          <w:lang w:val="pl-PL"/>
        </w:rPr>
        <w:t>3. Czy osoba wnioskująca może uzyskać pomoc w czasie, w którym jej potrzebuje?</w:t>
      </w:r>
    </w:p>
    <w:p w14:paraId="6F01FD73" w14:textId="415EF834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pomoc jest zazwyczaj dostępna </w:t>
      </w:r>
      <w:r w:rsidR="00BF7F15" w:rsidRPr="00BF7F15">
        <w:rPr>
          <w:rFonts w:asciiTheme="majorHAnsi" w:hAnsiTheme="majorHAnsi" w:cstheme="majorHAnsi"/>
          <w:bCs/>
          <w:sz w:val="22"/>
          <w:lang w:val="pl-PL"/>
        </w:rPr>
        <w:t>w czasie, w którym jest potrzebna</w:t>
      </w:r>
      <w:r w:rsidR="00BF7F15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0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5038609" w14:textId="5B176977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pomoc jest dostępna </w:t>
      </w:r>
      <w:r w:rsidR="00BF7F15" w:rsidRPr="00BF7F15">
        <w:rPr>
          <w:rFonts w:asciiTheme="majorHAnsi" w:hAnsiTheme="majorHAnsi" w:cstheme="majorHAnsi"/>
          <w:bCs/>
          <w:sz w:val="22"/>
          <w:lang w:val="pl-PL"/>
        </w:rPr>
        <w:t>tylko w określonych dniach, godzinach lub sytuacjach</w:t>
      </w:r>
      <w:r w:rsidR="00BF7F15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1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4ECC2DFE" w14:textId="1EDD2313" w:rsidR="00951D73" w:rsidRPr="00166654" w:rsidRDefault="00951D73" w:rsidP="00912F58">
      <w:pPr>
        <w:spacing w:before="120" w:after="120"/>
        <w:rPr>
          <w:rFonts w:asciiTheme="majorHAnsi" w:hAnsiTheme="majorHAnsi" w:cstheme="majorHAnsi"/>
          <w:bCs/>
          <w:sz w:val="22"/>
          <w:lang w:val="pl-PL"/>
        </w:rPr>
      </w:pPr>
      <w:r w:rsidRPr="00166654">
        <w:rPr>
          <w:rFonts w:ascii="Segoe UI Symbol" w:hAnsi="Segoe UI Symbol" w:cs="Segoe UI Symbol"/>
          <w:bCs/>
          <w:sz w:val="22"/>
          <w:lang w:val="pl-PL"/>
        </w:rPr>
        <w:t>☐</w:t>
      </w:r>
      <w:r w:rsidRPr="00166654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FD660E" w:rsidRPr="00FD660E">
        <w:rPr>
          <w:rFonts w:asciiTheme="majorHAnsi" w:hAnsiTheme="majorHAnsi" w:cstheme="majorHAnsi"/>
          <w:bCs/>
          <w:sz w:val="22"/>
          <w:lang w:val="pl-PL"/>
        </w:rPr>
        <w:t>pomoc zazwyczaj nie jest dostępna w czasie, w którym jest potrzebna</w:t>
      </w:r>
      <w:r w:rsidR="00FD660E" w:rsidRPr="003D52E0">
        <w:rPr>
          <w:rFonts w:asciiTheme="majorHAnsi" w:hAnsiTheme="majorHAnsi" w:cstheme="majorHAnsi"/>
          <w:bCs/>
          <w:sz w:val="22"/>
          <w:lang w:val="pl-PL"/>
        </w:rPr>
        <w:t xml:space="preserve"> 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(</w:t>
      </w:r>
      <w:r w:rsidRPr="00166654">
        <w:rPr>
          <w:rFonts w:asciiTheme="majorHAnsi" w:hAnsiTheme="majorHAnsi" w:cstheme="majorHAnsi"/>
          <w:bCs/>
          <w:sz w:val="22"/>
          <w:lang w:val="pl-PL"/>
        </w:rPr>
        <w:t>2 pkt</w:t>
      </w:r>
      <w:r w:rsidR="00166654" w:rsidRPr="00166654">
        <w:rPr>
          <w:rFonts w:asciiTheme="majorHAnsi" w:hAnsiTheme="majorHAnsi" w:cstheme="majorHAnsi"/>
          <w:bCs/>
          <w:sz w:val="22"/>
          <w:lang w:val="pl-PL"/>
        </w:rPr>
        <w:t>)</w:t>
      </w:r>
    </w:p>
    <w:p w14:paraId="5578C37B" w14:textId="77777777" w:rsidR="00951D73" w:rsidRPr="00166654" w:rsidRDefault="00951D73" w:rsidP="00951D73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166654">
        <w:rPr>
          <w:rFonts w:asciiTheme="majorHAnsi" w:hAnsiTheme="majorHAnsi" w:cstheme="majorHAnsi"/>
          <w:bCs/>
          <w:sz w:val="22"/>
          <w:lang w:val="pl-PL"/>
        </w:rPr>
        <w:t>Uzasadnienie:</w:t>
      </w:r>
      <w:r w:rsidRPr="00166654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</w:t>
      </w:r>
    </w:p>
    <w:p w14:paraId="653F899D" w14:textId="07E66FE0" w:rsidR="00166654" w:rsidRPr="00912F58" w:rsidRDefault="00166654" w:rsidP="00166654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912F58">
        <w:rPr>
          <w:rFonts w:asciiTheme="majorHAnsi" w:eastAsiaTheme="minorHAnsi" w:hAnsiTheme="majorHAnsi" w:cstheme="majorHAnsi"/>
          <w:sz w:val="22"/>
          <w:lang w:val="pl-PL"/>
        </w:rPr>
        <w:t>4. W jakim stopniu otrzymywana pomoc odpowiada potrzebom osoby wnioskującej?</w:t>
      </w:r>
    </w:p>
    <w:p w14:paraId="7BB85387" w14:textId="0610E6A1" w:rsidR="00166654" w:rsidRPr="00912F58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odpowiada większości potrzeb osoby</w:t>
      </w:r>
      <w:r w:rsidRPr="00166654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wnioskującej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(0 pkt)</w:t>
      </w:r>
    </w:p>
    <w:p w14:paraId="086139DD" w14:textId="2C35DCB0" w:rsidR="00166654" w:rsidRPr="00912F58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odpowiada części potrzeb osoby </w:t>
      </w:r>
      <w:r w:rsidRPr="005C4CD1">
        <w:rPr>
          <w:rFonts w:asciiTheme="majorHAnsi" w:eastAsiaTheme="minorHAnsi" w:hAnsiTheme="majorHAnsi" w:cstheme="majorHAnsi"/>
          <w:sz w:val="22"/>
          <w:lang w:val="pl-PL"/>
        </w:rPr>
        <w:t>wnioskującej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>1 pkt</w:t>
      </w:r>
      <w:r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65631167" w14:textId="1ED24D8E" w:rsidR="00D03A5E" w:rsidRPr="00166654" w:rsidRDefault="00166654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 xml:space="preserve"> otrzymywana pomoc </w:t>
      </w:r>
      <w:r w:rsidR="00BF7F15" w:rsidRPr="00BF7F15">
        <w:rPr>
          <w:rFonts w:asciiTheme="majorHAnsi" w:eastAsiaTheme="minorHAnsi" w:hAnsiTheme="majorHAnsi" w:cstheme="majorHAnsi"/>
          <w:sz w:val="22"/>
          <w:lang w:val="pl-PL"/>
        </w:rPr>
        <w:t xml:space="preserve">odpowiada jedynie niewielkiej części potrzeb osoby wnioskującej </w:t>
      </w:r>
      <w:r>
        <w:rPr>
          <w:rFonts w:asciiTheme="majorHAnsi" w:eastAsiaTheme="minorHAnsi" w:hAnsiTheme="majorHAnsi" w:cstheme="majorHAnsi"/>
          <w:sz w:val="22"/>
          <w:lang w:val="pl-PL"/>
        </w:rPr>
        <w:t>(</w:t>
      </w:r>
      <w:r w:rsidRPr="00912F58">
        <w:rPr>
          <w:rFonts w:asciiTheme="majorHAnsi" w:eastAsiaTheme="minorHAnsi" w:hAnsiTheme="majorHAnsi" w:cstheme="majorHAnsi"/>
          <w:sz w:val="22"/>
          <w:lang w:val="pl-PL"/>
        </w:rPr>
        <w:t>2 pkt</w:t>
      </w:r>
      <w:r>
        <w:rPr>
          <w:rFonts w:asciiTheme="majorHAnsi" w:eastAsiaTheme="minorHAnsi" w:hAnsiTheme="majorHAnsi" w:cstheme="majorHAnsi"/>
          <w:sz w:val="22"/>
          <w:lang w:val="pl-PL"/>
        </w:rPr>
        <w:t>)</w:t>
      </w:r>
    </w:p>
    <w:p w14:paraId="1C8EE63C" w14:textId="7ABFBF36" w:rsidR="00F27C14" w:rsidRPr="00166654" w:rsidRDefault="00166654" w:rsidP="00EF3F0E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eastAsiaTheme="minorHAnsi" w:hAnsiTheme="majorHAnsi" w:cstheme="majorHAnsi"/>
          <w:sz w:val="22"/>
          <w:lang w:val="pl-PL"/>
        </w:rPr>
        <w:t>Łączna liczba punktów uzyskanych w części V:</w:t>
      </w:r>
      <w:r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166654">
        <w:rPr>
          <w:rFonts w:asciiTheme="majorHAnsi" w:eastAsiaTheme="minorHAnsi" w:hAnsiTheme="majorHAnsi" w:cstheme="majorHAnsi"/>
          <w:sz w:val="22"/>
          <w:lang w:val="pl-PL"/>
        </w:rPr>
        <w:t>……….</w:t>
      </w:r>
      <w:r w:rsidR="003F1EE2" w:rsidRPr="003D52E0">
        <w:rPr>
          <w:rFonts w:asciiTheme="majorHAnsi" w:eastAsiaTheme="minorHAnsi" w:hAnsiTheme="majorHAnsi" w:cstheme="majorHAnsi"/>
          <w:sz w:val="22"/>
          <w:lang w:val="pl-PL"/>
        </w:rPr>
        <w:t>/</w:t>
      </w:r>
      <w:r>
        <w:rPr>
          <w:rFonts w:asciiTheme="majorHAnsi" w:eastAsiaTheme="minorHAnsi" w:hAnsiTheme="majorHAnsi" w:cstheme="majorHAnsi"/>
          <w:sz w:val="22"/>
          <w:lang w:val="pl-PL"/>
        </w:rPr>
        <w:t>6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27C14" w:rsidRPr="00166654">
        <w:rPr>
          <w:rFonts w:asciiTheme="majorHAnsi" w:eastAsiaTheme="minorHAnsi" w:hAnsiTheme="majorHAnsi" w:cstheme="majorHAnsi"/>
          <w:sz w:val="22"/>
          <w:lang w:val="pl-PL"/>
        </w:rPr>
        <w:t xml:space="preserve">pkt. </w:t>
      </w:r>
    </w:p>
    <w:p w14:paraId="28F3D267" w14:textId="77777777" w:rsidR="00802740" w:rsidRDefault="00802740" w:rsidP="00912F58">
      <w:pPr>
        <w:spacing w:before="240" w:after="120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7BE43CB8" w14:textId="77777777" w:rsidR="00802740" w:rsidRDefault="00802740" w:rsidP="00912F58">
      <w:pPr>
        <w:spacing w:before="240" w:after="120"/>
        <w:rPr>
          <w:rFonts w:asciiTheme="majorHAnsi" w:hAnsiTheme="majorHAnsi" w:cstheme="majorHAnsi"/>
          <w:b/>
          <w:sz w:val="24"/>
          <w:szCs w:val="24"/>
          <w:lang w:val="pl-PL"/>
        </w:rPr>
      </w:pPr>
    </w:p>
    <w:p w14:paraId="2CEFBCBA" w14:textId="2CDB80AD" w:rsidR="00F85714" w:rsidRPr="00166654" w:rsidRDefault="00F85714" w:rsidP="00912F58">
      <w:pPr>
        <w:spacing w:before="24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hAnsiTheme="majorHAnsi" w:cstheme="majorHAnsi"/>
          <w:b/>
          <w:sz w:val="24"/>
          <w:szCs w:val="24"/>
          <w:lang w:val="pl-PL"/>
        </w:rPr>
        <w:lastRenderedPageBreak/>
        <w:t>VI. WYNIKI OCENY:</w:t>
      </w:r>
    </w:p>
    <w:p w14:paraId="62AFE1C6" w14:textId="02F55174" w:rsidR="00F85714" w:rsidRPr="00166654" w:rsidRDefault="00166654" w:rsidP="00F85714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166654">
        <w:rPr>
          <w:rFonts w:asciiTheme="majorHAnsi" w:eastAsiaTheme="minorHAnsi" w:hAnsiTheme="majorHAnsi" w:cstheme="majorHAnsi"/>
          <w:sz w:val="22"/>
          <w:lang w:val="pl-PL"/>
        </w:rPr>
        <w:t xml:space="preserve">Łączna liczba punktów uzyskanych w części </w:t>
      </w:r>
      <w:r w:rsidR="00F85714" w:rsidRPr="00166654">
        <w:rPr>
          <w:rFonts w:asciiTheme="majorHAnsi" w:eastAsiaTheme="minorHAnsi" w:hAnsiTheme="majorHAnsi" w:cstheme="majorHAnsi"/>
          <w:sz w:val="22"/>
          <w:lang w:val="pl-PL"/>
        </w:rPr>
        <w:t>III, IV i V: ……….</w:t>
      </w:r>
      <w:r w:rsidR="00117C96" w:rsidRPr="00166654">
        <w:rPr>
          <w:rFonts w:asciiTheme="majorHAnsi" w:eastAsiaTheme="minorHAnsi" w:hAnsiTheme="majorHAnsi" w:cstheme="majorHAnsi"/>
          <w:sz w:val="22"/>
          <w:lang w:val="pl-PL"/>
        </w:rPr>
        <w:t>/2</w:t>
      </w:r>
      <w:r>
        <w:rPr>
          <w:rFonts w:asciiTheme="majorHAnsi" w:eastAsiaTheme="minorHAnsi" w:hAnsiTheme="majorHAnsi" w:cstheme="majorHAnsi"/>
          <w:sz w:val="22"/>
          <w:lang w:val="pl-PL"/>
        </w:rPr>
        <w:t>4</w:t>
      </w:r>
      <w:r w:rsidR="00F85714" w:rsidRPr="00166654">
        <w:rPr>
          <w:rFonts w:asciiTheme="majorHAnsi" w:eastAsiaTheme="minorHAnsi" w:hAnsiTheme="majorHAnsi" w:cstheme="majorHAnsi"/>
          <w:sz w:val="22"/>
          <w:lang w:val="pl-PL"/>
        </w:rPr>
        <w:t xml:space="preserve"> pkt. </w:t>
      </w:r>
    </w:p>
    <w:p w14:paraId="0427FB00" w14:textId="1842858B" w:rsidR="00F85714" w:rsidRPr="000516A1" w:rsidRDefault="00DE7B42" w:rsidP="00802740">
      <w:pPr>
        <w:spacing w:before="240" w:after="0"/>
        <w:rPr>
          <w:rFonts w:asciiTheme="majorHAnsi" w:hAnsiTheme="majorHAnsi" w:cstheme="majorHAnsi"/>
          <w:bCs/>
          <w:sz w:val="22"/>
          <w:lang w:val="pl-PL"/>
        </w:rPr>
      </w:pPr>
      <w:r w:rsidRPr="00DE7B42">
        <w:rPr>
          <w:rFonts w:asciiTheme="majorHAnsi" w:hAnsiTheme="majorHAnsi" w:cstheme="majorHAnsi"/>
          <w:bCs/>
          <w:sz w:val="22"/>
          <w:lang w:val="pl-PL"/>
        </w:rPr>
        <w:t>Podsumowanie i uzasadnienie wyniku oceny</w:t>
      </w:r>
      <w:r w:rsidR="00F85714" w:rsidRPr="000516A1">
        <w:rPr>
          <w:rFonts w:asciiTheme="majorHAnsi" w:hAnsiTheme="majorHAnsi" w:cstheme="majorHAnsi"/>
          <w:bCs/>
          <w:sz w:val="22"/>
          <w:lang w:val="pl-PL"/>
        </w:rPr>
        <w:t>:</w:t>
      </w:r>
    </w:p>
    <w:p w14:paraId="2139BF38" w14:textId="6280E6F5" w:rsidR="00F85714" w:rsidRPr="000516A1" w:rsidRDefault="00F85714" w:rsidP="00802740">
      <w:pPr>
        <w:rPr>
          <w:rFonts w:asciiTheme="majorHAnsi" w:hAnsiTheme="majorHAnsi" w:cstheme="majorHAnsi"/>
          <w:bCs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851F71" w14:textId="383DEB71" w:rsidR="00F85714" w:rsidRDefault="00F85714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</w:t>
      </w:r>
    </w:p>
    <w:p w14:paraId="3A7E1B27" w14:textId="366B49AE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4CF66E87" w14:textId="044B0C11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4E1AA4B8" w14:textId="09737CA0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2E80B9D4" w14:textId="2172489B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3858182F" w14:textId="16523C4F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6BE06981" w14:textId="40953559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372C75AB" w14:textId="3DCE5F0E" w:rsidR="005965C9" w:rsidRDefault="005965C9" w:rsidP="002C4A33">
      <w:pPr>
        <w:rPr>
          <w:rFonts w:asciiTheme="majorHAnsi" w:eastAsiaTheme="minorHAnsi" w:hAnsiTheme="majorHAnsi" w:cstheme="majorHAnsi"/>
          <w:sz w:val="22"/>
          <w:lang w:val="pl-PL"/>
        </w:rPr>
      </w:pPr>
      <w:r>
        <w:rPr>
          <w:rFonts w:asciiTheme="majorHAnsi" w:eastAsiaTheme="minorHAnsi" w:hAnsiTheme="majorHAnsi" w:cstheme="majorHAnsi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………………………………………………………………………………………………………………………………………………………………………………..</w:t>
      </w:r>
    </w:p>
    <w:p w14:paraId="15B4588E" w14:textId="3307157B" w:rsidR="00D03A5E" w:rsidRPr="000516A1" w:rsidRDefault="00D03A5E" w:rsidP="002C4A33">
      <w:pPr>
        <w:spacing w:before="240"/>
        <w:rPr>
          <w:rFonts w:asciiTheme="majorHAnsi" w:eastAsiaTheme="min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V</w:t>
      </w:r>
      <w:r w:rsidR="00761B0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="00F85714" w:rsidRPr="000516A1">
        <w:rPr>
          <w:rFonts w:asciiTheme="majorHAnsi" w:hAnsiTheme="majorHAnsi" w:cstheme="majorHAnsi"/>
          <w:b/>
          <w:sz w:val="24"/>
          <w:szCs w:val="24"/>
          <w:lang w:val="pl-PL"/>
        </w:rPr>
        <w:t>I</w:t>
      </w:r>
      <w:r w:rsidRPr="000516A1">
        <w:rPr>
          <w:rFonts w:asciiTheme="majorHAnsi" w:hAnsiTheme="majorHAnsi" w:cstheme="majorHAnsi"/>
          <w:b/>
          <w:sz w:val="24"/>
          <w:szCs w:val="24"/>
          <w:lang w:val="pl-PL"/>
        </w:rPr>
        <w:t>. KRYTERIA PIERWSZEŃSTWA:</w:t>
      </w:r>
    </w:p>
    <w:p w14:paraId="05962A4E" w14:textId="77777777" w:rsidR="00DE7B42" w:rsidRDefault="00DE7B42" w:rsidP="00DE7B42">
      <w:pPr>
        <w:rPr>
          <w:rFonts w:asciiTheme="majorHAnsi" w:hAnsiTheme="majorHAnsi" w:cstheme="majorHAnsi"/>
          <w:b/>
          <w:sz w:val="22"/>
          <w:lang w:val="pl-PL"/>
        </w:rPr>
      </w:pPr>
    </w:p>
    <w:p w14:paraId="23607860" w14:textId="35E0B3AE" w:rsidR="00DE7B42" w:rsidRDefault="00DE7B42" w:rsidP="00DE7B42">
      <w:pPr>
        <w:rPr>
          <w:rFonts w:asciiTheme="majorHAnsi" w:hAnsiTheme="majorHAnsi" w:cstheme="majorHAnsi"/>
          <w:b/>
          <w:sz w:val="22"/>
          <w:lang w:val="pl-PL"/>
        </w:rPr>
      </w:pPr>
      <w:r w:rsidRPr="003D52E0">
        <w:rPr>
          <w:rFonts w:asciiTheme="majorHAnsi" w:hAnsiTheme="majorHAnsi" w:cstheme="majorHAnsi"/>
          <w:b/>
          <w:sz w:val="22"/>
          <w:lang w:val="pl-PL"/>
        </w:rPr>
        <w:t xml:space="preserve">Uwaga: kryteria pierwszeństwa określone w części </w:t>
      </w:r>
      <w:r w:rsidRPr="00674B80">
        <w:rPr>
          <w:rFonts w:asciiTheme="majorHAnsi" w:hAnsiTheme="majorHAnsi" w:cstheme="majorHAnsi"/>
          <w:b/>
          <w:sz w:val="22"/>
          <w:lang w:val="pl-PL"/>
        </w:rPr>
        <w:t xml:space="preserve">IV ust. </w:t>
      </w:r>
      <w:r w:rsidR="00674B80" w:rsidRPr="00674B80">
        <w:rPr>
          <w:rFonts w:asciiTheme="majorHAnsi" w:hAnsiTheme="majorHAnsi" w:cstheme="majorHAnsi"/>
          <w:b/>
          <w:sz w:val="22"/>
          <w:lang w:val="pl-PL"/>
        </w:rPr>
        <w:t>1</w:t>
      </w:r>
      <w:r w:rsidR="00674B80">
        <w:rPr>
          <w:rFonts w:asciiTheme="majorHAnsi" w:hAnsiTheme="majorHAnsi" w:cstheme="majorHAnsi"/>
          <w:b/>
          <w:sz w:val="22"/>
          <w:lang w:val="pl-PL"/>
        </w:rPr>
        <w:t>1</w:t>
      </w:r>
      <w:r w:rsidR="00674B80" w:rsidRPr="00674B80">
        <w:rPr>
          <w:rFonts w:asciiTheme="majorHAnsi" w:hAnsiTheme="majorHAnsi" w:cstheme="majorHAnsi"/>
          <w:b/>
          <w:sz w:val="22"/>
          <w:lang w:val="pl-PL"/>
        </w:rPr>
        <w:t xml:space="preserve"> </w:t>
      </w:r>
      <w:r w:rsidRPr="00674B80">
        <w:rPr>
          <w:rFonts w:asciiTheme="majorHAnsi" w:hAnsiTheme="majorHAnsi" w:cstheme="majorHAnsi"/>
          <w:b/>
          <w:sz w:val="22"/>
          <w:lang w:val="pl-PL"/>
        </w:rPr>
        <w:t>Programu</w:t>
      </w:r>
      <w:r w:rsidRPr="003D52E0">
        <w:rPr>
          <w:rFonts w:asciiTheme="majorHAnsi" w:hAnsiTheme="majorHAnsi" w:cstheme="majorHAnsi"/>
          <w:b/>
          <w:sz w:val="22"/>
          <w:lang w:val="pl-PL"/>
        </w:rPr>
        <w:t xml:space="preserve"> stosuje się wyłącznie w przypadku, gdy wyniki oceny indywidualnej sytuacji osób zgłoszonych do Programu nie pozwalają na wyłonienie uczestników Programu.</w:t>
      </w:r>
    </w:p>
    <w:p w14:paraId="090D37CD" w14:textId="0859E930" w:rsidR="00ED55B8" w:rsidRPr="003D52E0" w:rsidRDefault="003D52E0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Proszę wskazać, czy osoba wnioskująca spełnia którekolwiek z poniższych kryteriów pierwszeństwa określonych w części IV ust. </w:t>
      </w:r>
      <w:r w:rsidR="00674B80" w:rsidRPr="003D52E0">
        <w:rPr>
          <w:rFonts w:asciiTheme="majorHAnsi" w:eastAsiaTheme="minorHAnsi" w:hAnsiTheme="majorHAnsi" w:cstheme="majorHAnsi"/>
          <w:sz w:val="22"/>
          <w:lang w:val="pl-PL"/>
        </w:rPr>
        <w:t>1</w:t>
      </w:r>
      <w:r w:rsidR="00674B80">
        <w:rPr>
          <w:rFonts w:asciiTheme="majorHAnsi" w:eastAsiaTheme="minorHAnsi" w:hAnsiTheme="majorHAnsi" w:cstheme="majorHAnsi"/>
          <w:sz w:val="22"/>
          <w:lang w:val="pl-PL"/>
        </w:rPr>
        <w:t>1</w:t>
      </w:r>
      <w:r w:rsidR="00674B80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>Programu</w:t>
      </w:r>
      <w:r w:rsidR="00ED55B8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: </w:t>
      </w:r>
    </w:p>
    <w:p w14:paraId="6DF2FFAA" w14:textId="76D089DD" w:rsidR="00FE13E2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912F58">
        <w:rPr>
          <w:rFonts w:asciiTheme="majorHAnsi" w:hAnsiTheme="majorHAnsi" w:cstheme="majorHAnsi"/>
          <w:bCs/>
          <w:color w:val="000000"/>
          <w:sz w:val="22"/>
          <w:lang w:val="pl-PL"/>
        </w:rPr>
        <w:t>samotnie zamieszkuj</w:t>
      </w:r>
      <w:r w:rsidR="003D52E0">
        <w:rPr>
          <w:rFonts w:asciiTheme="majorHAnsi" w:hAnsiTheme="majorHAnsi" w:cstheme="majorHAnsi"/>
          <w:bCs/>
          <w:color w:val="000000"/>
          <w:sz w:val="22"/>
          <w:lang w:val="pl-PL"/>
        </w:rPr>
        <w:t>e</w:t>
      </w:r>
      <w:r w:rsidR="00FE13E2" w:rsidRPr="00912F58">
        <w:rPr>
          <w:rFonts w:asciiTheme="majorHAnsi" w:hAnsiTheme="majorHAnsi" w:cstheme="majorHAnsi"/>
          <w:bCs/>
          <w:color w:val="000000"/>
          <w:sz w:val="22"/>
          <w:lang w:val="pl-PL"/>
        </w:rPr>
        <w:t xml:space="preserve"> i gospodaruj</w:t>
      </w:r>
      <w:r w:rsidR="003D52E0">
        <w:rPr>
          <w:rFonts w:asciiTheme="majorHAnsi" w:hAnsiTheme="majorHAnsi" w:cstheme="majorHAnsi"/>
          <w:bCs/>
          <w:color w:val="000000"/>
          <w:sz w:val="22"/>
          <w:lang w:val="pl-PL"/>
        </w:rPr>
        <w:t>e</w:t>
      </w:r>
      <w:r w:rsidR="00631CA7">
        <w:rPr>
          <w:rFonts w:asciiTheme="majorHAnsi" w:hAnsiTheme="majorHAnsi" w:cstheme="majorHAnsi"/>
          <w:bCs/>
          <w:color w:val="000000"/>
          <w:sz w:val="22"/>
          <w:lang w:val="pl-PL"/>
        </w:rPr>
        <w:t xml:space="preserve"> oraz </w:t>
      </w:r>
      <w:r w:rsidR="00FE13E2" w:rsidRPr="00504D57">
        <w:rPr>
          <w:rFonts w:asciiTheme="majorHAnsi" w:hAnsiTheme="majorHAnsi" w:cstheme="majorHAnsi"/>
          <w:bCs/>
          <w:color w:val="000000"/>
          <w:sz w:val="22"/>
          <w:lang w:val="pl-PL"/>
        </w:rPr>
        <w:t>nie korzysta ze wsparcia innych osób.</w:t>
      </w:r>
    </w:p>
    <w:p w14:paraId="7F3FDF79" w14:textId="2208BF65" w:rsidR="00ED55B8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wspólnie zamieszkuj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e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i gospodaruj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e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z inną osobą z niepełnosprawnością, spełniającą warunki, o których mowa w części III ust. 2 Programu, przy czym 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 xml:space="preserve">osoby te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nie ma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 xml:space="preserve">ją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możliwości wzajemnego wsparcia oraz nie korzysta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ją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ze wsparcia innych osób.</w:t>
      </w:r>
    </w:p>
    <w:p w14:paraId="506D0EFB" w14:textId="7858FB8C" w:rsidR="00ED55B8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przebywa w rodzinnej pieczy zastępczej, w rozumieniu ustawy z dnia 9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 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czerwca 2011 r. o wspieraniu rodziny i systemie pieczy zastępczej (Dz. U. z 202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6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r. poz. </w:t>
      </w:r>
      <w:r w:rsidR="003D52E0">
        <w:rPr>
          <w:rFonts w:asciiTheme="majorHAnsi" w:eastAsiaTheme="minorHAnsi" w:hAnsiTheme="majorHAnsi" w:cstheme="majorHAnsi"/>
          <w:sz w:val="22"/>
          <w:lang w:val="pl-PL"/>
        </w:rPr>
        <w:t>980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), tj.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 xml:space="preserve"> jest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dzieckiem lub osobą przebywającą w rodzinie zastępczej (spokrewnionej, niezawodowej lub zawodowej) lub w rodzinnym domu dziecka.</w:t>
      </w:r>
    </w:p>
    <w:p w14:paraId="1BFAD80E" w14:textId="4BD9C560" w:rsidR="00F85714" w:rsidRPr="003D52E0" w:rsidRDefault="00ED55B8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630C7D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Osoba wnioskująca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przebywa w placówce opiekuńczo-wychowawczej typu rodzinnego w rozumieniu ustawy z dnia 9 czerwca 2011 r. o wspieraniu rodziny i systemie pieczy zastępczej, tj.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 xml:space="preserve"> jest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dzieckiem lub osobą przebywającą w tej placówce, </w:t>
      </w:r>
      <w:r w:rsidR="00631CA7">
        <w:rPr>
          <w:rFonts w:asciiTheme="majorHAnsi" w:eastAsiaTheme="minorHAnsi" w:hAnsiTheme="majorHAnsi" w:cstheme="majorHAnsi"/>
          <w:sz w:val="22"/>
          <w:lang w:val="pl-PL"/>
        </w:rPr>
        <w:t>w której</w:t>
      </w:r>
      <w:r w:rsidR="00631CA7"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</w:t>
      </w:r>
      <w:r w:rsidR="00FE13E2" w:rsidRPr="003D52E0">
        <w:rPr>
          <w:rFonts w:asciiTheme="majorHAnsi" w:eastAsiaTheme="minorHAnsi" w:hAnsiTheme="majorHAnsi" w:cstheme="majorHAnsi"/>
          <w:sz w:val="22"/>
          <w:lang w:val="pl-PL"/>
        </w:rPr>
        <w:t>wyłączną opiekę sprawują małżonkowie lub osoba niepozostająca w związku małżeńskim.</w:t>
      </w:r>
    </w:p>
    <w:p w14:paraId="5CAE29A4" w14:textId="115E215C" w:rsidR="003D52E0" w:rsidRPr="003D52E0" w:rsidRDefault="003D52E0" w:rsidP="00912F58">
      <w:pPr>
        <w:spacing w:before="120" w:after="120"/>
        <w:rPr>
          <w:rFonts w:asciiTheme="majorHAnsi" w:eastAsiaTheme="minorHAnsi" w:hAnsiTheme="majorHAnsi" w:cstheme="majorHAnsi"/>
          <w:sz w:val="22"/>
          <w:lang w:val="pl-PL"/>
        </w:rPr>
      </w:pPr>
      <w:r w:rsidRPr="003D52E0">
        <w:rPr>
          <w:rFonts w:ascii="Segoe UI Symbol" w:eastAsiaTheme="minorHAnsi" w:hAnsi="Segoe UI Symbol" w:cs="Segoe UI Symbol"/>
          <w:sz w:val="22"/>
          <w:lang w:val="pl-PL"/>
        </w:rPr>
        <w:t>☐</w:t>
      </w:r>
      <w:r w:rsidRPr="003D52E0">
        <w:rPr>
          <w:rFonts w:asciiTheme="majorHAnsi" w:eastAsiaTheme="minorHAnsi" w:hAnsiTheme="majorHAnsi" w:cstheme="majorHAnsi"/>
          <w:sz w:val="22"/>
          <w:lang w:val="pl-PL"/>
        </w:rPr>
        <w:t xml:space="preserve"> osoba wnioskująca nie spełnia żadnego z powyższych kryteriów</w:t>
      </w:r>
    </w:p>
    <w:p w14:paraId="250745F6" w14:textId="57CFD01A" w:rsidR="00CD12B9" w:rsidRPr="000516A1" w:rsidRDefault="00ED33F4" w:rsidP="002C4A33">
      <w:pPr>
        <w:spacing w:before="240"/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b/>
          <w:sz w:val="22"/>
          <w:lang w:val="pl-PL"/>
        </w:rPr>
        <w:t>Osoby</w:t>
      </w:r>
      <w:r w:rsidR="001800F0" w:rsidRPr="000516A1">
        <w:rPr>
          <w:rFonts w:asciiTheme="majorHAnsi" w:hAnsiTheme="majorHAnsi" w:cstheme="majorHAnsi"/>
          <w:b/>
          <w:sz w:val="22"/>
          <w:lang w:val="pl-PL"/>
        </w:rPr>
        <w:t xml:space="preserve"> dokonujące oceny:</w:t>
      </w:r>
    </w:p>
    <w:p w14:paraId="2313B95F" w14:textId="77777777" w:rsidR="00CD12B9" w:rsidRPr="000516A1" w:rsidRDefault="001800F0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1. ............................................................................................................................</w:t>
      </w:r>
    </w:p>
    <w:p w14:paraId="46BB4488" w14:textId="77777777" w:rsidR="00CD12B9" w:rsidRPr="000516A1" w:rsidRDefault="001800F0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2. ............................................................................................................................</w:t>
      </w:r>
    </w:p>
    <w:p w14:paraId="7A8FB3E8" w14:textId="5A6F659D" w:rsidR="00E76B55" w:rsidRPr="000516A1" w:rsidRDefault="00FE74A6" w:rsidP="00FE74A6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3. ............................................................................................................................</w:t>
      </w:r>
    </w:p>
    <w:p w14:paraId="6D63FEF6" w14:textId="7C75CD09" w:rsidR="00630C7D" w:rsidRPr="000516A1" w:rsidRDefault="00630C7D" w:rsidP="00630C7D">
      <w:pPr>
        <w:spacing w:before="600" w:line="360" w:lineRule="auto"/>
        <w:rPr>
          <w:rFonts w:ascii="Calibri" w:hAnsi="Calibri" w:cs="Calibri"/>
          <w:sz w:val="22"/>
          <w:lang w:val="pl-PL"/>
        </w:rPr>
      </w:pPr>
      <w:r w:rsidRPr="000516A1">
        <w:rPr>
          <w:rFonts w:ascii="Calibri" w:hAnsi="Calibri" w:cs="Calibri"/>
          <w:sz w:val="22"/>
          <w:lang w:val="pl-PL"/>
        </w:rPr>
        <w:t>Miejscowość ……………………………………..., data ………………………</w:t>
      </w:r>
      <w:r w:rsidR="005965C9">
        <w:rPr>
          <w:rFonts w:ascii="Calibri" w:hAnsi="Calibri" w:cs="Calibri"/>
          <w:sz w:val="22"/>
          <w:lang w:val="pl-PL"/>
        </w:rPr>
        <w:t>…………………………….</w:t>
      </w:r>
    </w:p>
    <w:p w14:paraId="1940F923" w14:textId="5AF7FC33" w:rsidR="00CD12B9" w:rsidRPr="000516A1" w:rsidRDefault="00E76B55" w:rsidP="002C4A33">
      <w:pPr>
        <w:rPr>
          <w:rFonts w:asciiTheme="majorHAnsi" w:hAnsiTheme="majorHAnsi" w:cstheme="majorHAnsi"/>
          <w:sz w:val="22"/>
          <w:lang w:val="pl-PL"/>
        </w:rPr>
      </w:pPr>
      <w:r w:rsidRPr="000516A1">
        <w:rPr>
          <w:rFonts w:asciiTheme="majorHAnsi" w:hAnsiTheme="majorHAnsi" w:cstheme="majorHAnsi"/>
          <w:sz w:val="22"/>
          <w:lang w:val="pl-PL"/>
        </w:rPr>
        <w:t>Nr karty oceny (nadany przez realizatora Programu):………….……………………………..</w:t>
      </w:r>
    </w:p>
    <w:sectPr w:rsidR="00CD12B9" w:rsidRPr="000516A1" w:rsidSect="00FE74A6">
      <w:footerReference w:type="default" r:id="rId8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22623" w14:textId="77777777" w:rsidR="00995B6C" w:rsidRDefault="00995B6C">
      <w:pPr>
        <w:spacing w:after="0"/>
      </w:pPr>
      <w:r>
        <w:separator/>
      </w:r>
    </w:p>
  </w:endnote>
  <w:endnote w:type="continuationSeparator" w:id="0">
    <w:p w14:paraId="2AA9150A" w14:textId="77777777" w:rsidR="00995B6C" w:rsidRDefault="00995B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7396427"/>
      <w:docPartObj>
        <w:docPartGallery w:val="Page Numbers (Bottom of Page)"/>
        <w:docPartUnique/>
      </w:docPartObj>
    </w:sdtPr>
    <w:sdtContent>
      <w:p w14:paraId="2ADB9B7B" w14:textId="04E4BA0F" w:rsidR="002517B8" w:rsidRDefault="002517B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FE09A22" w14:textId="77777777" w:rsidR="002517B8" w:rsidRDefault="002517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3F938" w14:textId="77777777" w:rsidR="00995B6C" w:rsidRDefault="00995B6C">
      <w:pPr>
        <w:spacing w:after="0"/>
      </w:pPr>
      <w:r>
        <w:separator/>
      </w:r>
    </w:p>
  </w:footnote>
  <w:footnote w:type="continuationSeparator" w:id="0">
    <w:p w14:paraId="43E23DC2" w14:textId="77777777" w:rsidR="00995B6C" w:rsidRDefault="00995B6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BA4E08"/>
    <w:multiLevelType w:val="hybridMultilevel"/>
    <w:tmpl w:val="20EC7958"/>
    <w:lvl w:ilvl="0" w:tplc="3684D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493F8A"/>
    <w:multiLevelType w:val="hybridMultilevel"/>
    <w:tmpl w:val="AB36A2CA"/>
    <w:lvl w:ilvl="0" w:tplc="54C8E2C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61339"/>
    <w:multiLevelType w:val="hybridMultilevel"/>
    <w:tmpl w:val="3604C0BE"/>
    <w:lvl w:ilvl="0" w:tplc="209C5536">
      <w:start w:val="1"/>
      <w:numFmt w:val="bullet"/>
      <w:lvlText w:val="−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11098"/>
    <w:multiLevelType w:val="multilevel"/>
    <w:tmpl w:val="761ED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5ED762B"/>
    <w:multiLevelType w:val="hybridMultilevel"/>
    <w:tmpl w:val="C56432C2"/>
    <w:lvl w:ilvl="0" w:tplc="10A4CB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83B03"/>
    <w:multiLevelType w:val="hybridMultilevel"/>
    <w:tmpl w:val="AB321E3C"/>
    <w:lvl w:ilvl="0" w:tplc="2ED2B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5E260D"/>
    <w:multiLevelType w:val="hybridMultilevel"/>
    <w:tmpl w:val="F006A26E"/>
    <w:lvl w:ilvl="0" w:tplc="39EEDA4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D484A"/>
    <w:multiLevelType w:val="hybridMultilevel"/>
    <w:tmpl w:val="F1D28D5C"/>
    <w:lvl w:ilvl="0" w:tplc="17C67E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972BD5"/>
    <w:multiLevelType w:val="hybridMultilevel"/>
    <w:tmpl w:val="15A25E26"/>
    <w:lvl w:ilvl="0" w:tplc="0E149B3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5689F"/>
    <w:multiLevelType w:val="hybridMultilevel"/>
    <w:tmpl w:val="F7B0D58C"/>
    <w:lvl w:ilvl="0" w:tplc="2D64DC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7797A"/>
    <w:multiLevelType w:val="hybridMultilevel"/>
    <w:tmpl w:val="37DA17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CA316D"/>
    <w:multiLevelType w:val="hybridMultilevel"/>
    <w:tmpl w:val="6AE8A56C"/>
    <w:lvl w:ilvl="0" w:tplc="672ECC2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A73EA"/>
    <w:multiLevelType w:val="hybridMultilevel"/>
    <w:tmpl w:val="4112DD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339926">
    <w:abstractNumId w:val="8"/>
  </w:num>
  <w:num w:numId="2" w16cid:durableId="2094929195">
    <w:abstractNumId w:val="6"/>
  </w:num>
  <w:num w:numId="3" w16cid:durableId="1001785368">
    <w:abstractNumId w:val="5"/>
  </w:num>
  <w:num w:numId="4" w16cid:durableId="1170868847">
    <w:abstractNumId w:val="4"/>
  </w:num>
  <w:num w:numId="5" w16cid:durableId="32776856">
    <w:abstractNumId w:val="7"/>
  </w:num>
  <w:num w:numId="6" w16cid:durableId="54857432">
    <w:abstractNumId w:val="3"/>
  </w:num>
  <w:num w:numId="7" w16cid:durableId="226035025">
    <w:abstractNumId w:val="2"/>
  </w:num>
  <w:num w:numId="8" w16cid:durableId="1647585701">
    <w:abstractNumId w:val="1"/>
  </w:num>
  <w:num w:numId="9" w16cid:durableId="1184784723">
    <w:abstractNumId w:val="0"/>
  </w:num>
  <w:num w:numId="10" w16cid:durableId="1343047156">
    <w:abstractNumId w:val="13"/>
  </w:num>
  <w:num w:numId="11" w16cid:durableId="1901402675">
    <w:abstractNumId w:val="14"/>
  </w:num>
  <w:num w:numId="12" w16cid:durableId="1562523870">
    <w:abstractNumId w:val="16"/>
  </w:num>
  <w:num w:numId="13" w16cid:durableId="254241996">
    <w:abstractNumId w:val="18"/>
  </w:num>
  <w:num w:numId="14" w16cid:durableId="571156155">
    <w:abstractNumId w:val="9"/>
  </w:num>
  <w:num w:numId="15" w16cid:durableId="1575436579">
    <w:abstractNumId w:val="21"/>
  </w:num>
  <w:num w:numId="16" w16cid:durableId="1708673523">
    <w:abstractNumId w:val="12"/>
  </w:num>
  <w:num w:numId="17" w16cid:durableId="1859616454">
    <w:abstractNumId w:val="17"/>
  </w:num>
  <w:num w:numId="18" w16cid:durableId="31732742">
    <w:abstractNumId w:val="15"/>
  </w:num>
  <w:num w:numId="19" w16cid:durableId="974677926">
    <w:abstractNumId w:val="10"/>
  </w:num>
  <w:num w:numId="20" w16cid:durableId="682249641">
    <w:abstractNumId w:val="20"/>
  </w:num>
  <w:num w:numId="21" w16cid:durableId="293407709">
    <w:abstractNumId w:val="19"/>
  </w:num>
  <w:num w:numId="22" w16cid:durableId="15954299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6A1"/>
    <w:rsid w:val="0006063C"/>
    <w:rsid w:val="000B7973"/>
    <w:rsid w:val="000E3BB2"/>
    <w:rsid w:val="00102496"/>
    <w:rsid w:val="00105CBC"/>
    <w:rsid w:val="00117C96"/>
    <w:rsid w:val="001266D5"/>
    <w:rsid w:val="0015074B"/>
    <w:rsid w:val="00166654"/>
    <w:rsid w:val="001728C8"/>
    <w:rsid w:val="001800F0"/>
    <w:rsid w:val="001814D2"/>
    <w:rsid w:val="001A3B96"/>
    <w:rsid w:val="001B7341"/>
    <w:rsid w:val="002207BB"/>
    <w:rsid w:val="002346E4"/>
    <w:rsid w:val="002517B8"/>
    <w:rsid w:val="00252229"/>
    <w:rsid w:val="0029639D"/>
    <w:rsid w:val="002C4A33"/>
    <w:rsid w:val="002F5486"/>
    <w:rsid w:val="003052A7"/>
    <w:rsid w:val="00326F90"/>
    <w:rsid w:val="003B52A7"/>
    <w:rsid w:val="003C4D21"/>
    <w:rsid w:val="003D52E0"/>
    <w:rsid w:val="003F1EE2"/>
    <w:rsid w:val="004C30C0"/>
    <w:rsid w:val="004C4133"/>
    <w:rsid w:val="004C47E6"/>
    <w:rsid w:val="004D5784"/>
    <w:rsid w:val="005043AA"/>
    <w:rsid w:val="00504D57"/>
    <w:rsid w:val="00535676"/>
    <w:rsid w:val="005536CE"/>
    <w:rsid w:val="00553B07"/>
    <w:rsid w:val="00573D95"/>
    <w:rsid w:val="005965C9"/>
    <w:rsid w:val="005B336C"/>
    <w:rsid w:val="005C3548"/>
    <w:rsid w:val="005D5031"/>
    <w:rsid w:val="005F14B4"/>
    <w:rsid w:val="00630C7D"/>
    <w:rsid w:val="00631CA7"/>
    <w:rsid w:val="00663128"/>
    <w:rsid w:val="00674B80"/>
    <w:rsid w:val="006F64D2"/>
    <w:rsid w:val="00761B04"/>
    <w:rsid w:val="007628B9"/>
    <w:rsid w:val="0079563D"/>
    <w:rsid w:val="007A1642"/>
    <w:rsid w:val="007B164A"/>
    <w:rsid w:val="007B269F"/>
    <w:rsid w:val="007E01F3"/>
    <w:rsid w:val="007E7A35"/>
    <w:rsid w:val="007F52AD"/>
    <w:rsid w:val="00802740"/>
    <w:rsid w:val="00815F1B"/>
    <w:rsid w:val="008955A5"/>
    <w:rsid w:val="00912F58"/>
    <w:rsid w:val="00951D73"/>
    <w:rsid w:val="009567C1"/>
    <w:rsid w:val="00967F08"/>
    <w:rsid w:val="00995B6C"/>
    <w:rsid w:val="009A6EEC"/>
    <w:rsid w:val="009E1E4B"/>
    <w:rsid w:val="009F3AE3"/>
    <w:rsid w:val="00A84D99"/>
    <w:rsid w:val="00AA1D8D"/>
    <w:rsid w:val="00AA5214"/>
    <w:rsid w:val="00AB23BC"/>
    <w:rsid w:val="00AD54CC"/>
    <w:rsid w:val="00B23A3B"/>
    <w:rsid w:val="00B47730"/>
    <w:rsid w:val="00B531F6"/>
    <w:rsid w:val="00B6776F"/>
    <w:rsid w:val="00BE5278"/>
    <w:rsid w:val="00BF7F15"/>
    <w:rsid w:val="00C51922"/>
    <w:rsid w:val="00C64D84"/>
    <w:rsid w:val="00C95E35"/>
    <w:rsid w:val="00CB0664"/>
    <w:rsid w:val="00CB5637"/>
    <w:rsid w:val="00CD12B9"/>
    <w:rsid w:val="00CD382F"/>
    <w:rsid w:val="00CE187A"/>
    <w:rsid w:val="00CE5086"/>
    <w:rsid w:val="00CE791F"/>
    <w:rsid w:val="00D03A5E"/>
    <w:rsid w:val="00D75B14"/>
    <w:rsid w:val="00DA754E"/>
    <w:rsid w:val="00DD4448"/>
    <w:rsid w:val="00DE7B42"/>
    <w:rsid w:val="00DF6D11"/>
    <w:rsid w:val="00E13B10"/>
    <w:rsid w:val="00E16B4C"/>
    <w:rsid w:val="00E3676B"/>
    <w:rsid w:val="00E40248"/>
    <w:rsid w:val="00E45E2B"/>
    <w:rsid w:val="00E46991"/>
    <w:rsid w:val="00E76B55"/>
    <w:rsid w:val="00E9363D"/>
    <w:rsid w:val="00E95ABB"/>
    <w:rsid w:val="00EC72F2"/>
    <w:rsid w:val="00ED33F4"/>
    <w:rsid w:val="00ED4AE9"/>
    <w:rsid w:val="00ED55B8"/>
    <w:rsid w:val="00EF3F0E"/>
    <w:rsid w:val="00F1438D"/>
    <w:rsid w:val="00F26771"/>
    <w:rsid w:val="00F27C14"/>
    <w:rsid w:val="00F85714"/>
    <w:rsid w:val="00FC693F"/>
    <w:rsid w:val="00FD660E"/>
    <w:rsid w:val="00FE13E2"/>
    <w:rsid w:val="00FE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E5FDD2"/>
  <w14:defaultImageDpi w14:val="300"/>
  <w15:docId w15:val="{61E69E14-2043-4966-AA62-2C8CA1C7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28C8"/>
    <w:pPr>
      <w:spacing w:after="40" w:line="240" w:lineRule="auto"/>
    </w:pPr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00" w:after="6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3B52A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54CC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54CC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54CC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2517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3F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3F0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3F0E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3F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3F0E"/>
    <w:rPr>
      <w:rFonts w:ascii="Arial" w:hAnsi="Arial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F3F0E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6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2252</Words>
  <Characters>13513</Characters>
  <Application>Microsoft Office Word</Application>
  <DocSecurity>0</DocSecurity>
  <Lines>112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15734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Dorisek</cp:lastModifiedBy>
  <cp:revision>2</cp:revision>
  <dcterms:created xsi:type="dcterms:W3CDTF">2026-09-29T21:36:00Z</dcterms:created>
  <dcterms:modified xsi:type="dcterms:W3CDTF">2026-09-29T21:36:00Z</dcterms:modified>
  <cp:category/>
</cp:coreProperties>
</file>